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277AD" w14:textId="77777777" w:rsidR="00B44386" w:rsidRDefault="00B44386"/>
    <w:p w14:paraId="3E061E4F" w14:textId="77777777" w:rsidR="00B44386" w:rsidRDefault="004F6F8E">
      <w:pPr>
        <w:spacing w:before="120" w:after="320"/>
        <w:jc w:val="center"/>
        <w:rPr>
          <w:lang w:eastAsia="ko-KR"/>
        </w:rPr>
      </w:pPr>
      <w:r>
        <w:rPr>
          <w:rFonts w:ascii="Pretendard Variable Medium" w:eastAsia="Pretendard Variable Medium" w:hAnsi="Pretendard Variable Medium"/>
          <w:b/>
          <w:sz w:val="40"/>
          <w:lang w:eastAsia="ko-KR"/>
        </w:rPr>
        <w:t>입 사 지 원 서</w:t>
      </w:r>
    </w:p>
    <w:p w14:paraId="0BC59D49" w14:textId="77777777" w:rsidR="00B44386" w:rsidRDefault="004F6F8E">
      <w:pPr>
        <w:spacing w:before="80" w:after="80"/>
        <w:rPr>
          <w:lang w:eastAsia="ko-KR"/>
        </w:rPr>
      </w:pPr>
      <w:r>
        <w:rPr>
          <w:rFonts w:ascii="Pretendard Variable Medium" w:eastAsia="Pretendard Variable Medium" w:hAnsi="Pretendard Variable Medium"/>
          <w:b/>
          <w:lang w:eastAsia="ko-KR"/>
        </w:rPr>
        <w:t>※ 개인정보 수집·이용 동의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782"/>
        <w:gridCol w:w="7506"/>
      </w:tblGrid>
      <w:tr w:rsidR="00B44386" w14:paraId="23372E8C" w14:textId="77777777">
        <w:trPr>
          <w:trHeight w:val="400"/>
        </w:trPr>
        <w:tc>
          <w:tcPr>
            <w:tcW w:w="1800" w:type="dxa"/>
            <w:shd w:val="clear" w:color="auto" w:fill="F5E6D8"/>
            <w:vAlign w:val="center"/>
          </w:tcPr>
          <w:p w14:paraId="372FB22B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수집 목적</w:t>
            </w:r>
          </w:p>
        </w:tc>
        <w:tc>
          <w:tcPr>
            <w:tcW w:w="7600" w:type="dxa"/>
            <w:vAlign w:val="center"/>
          </w:tcPr>
          <w:p w14:paraId="3BD2DB63" w14:textId="77777777" w:rsidR="00B44386" w:rsidRDefault="004F6F8E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18"/>
                <w:lang w:eastAsia="ko-KR"/>
              </w:rPr>
              <w:t>채용 전형 진행 및 입사 관련 업무 처리</w:t>
            </w:r>
          </w:p>
        </w:tc>
      </w:tr>
      <w:tr w:rsidR="00B44386" w14:paraId="4F6C699F" w14:textId="77777777">
        <w:trPr>
          <w:trHeight w:val="400"/>
        </w:trPr>
        <w:tc>
          <w:tcPr>
            <w:tcW w:w="1800" w:type="dxa"/>
            <w:shd w:val="clear" w:color="auto" w:fill="F5E6D8"/>
            <w:vAlign w:val="center"/>
          </w:tcPr>
          <w:p w14:paraId="17017293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수집 항목</w:t>
            </w:r>
          </w:p>
        </w:tc>
        <w:tc>
          <w:tcPr>
            <w:tcW w:w="7600" w:type="dxa"/>
            <w:vAlign w:val="center"/>
          </w:tcPr>
          <w:p w14:paraId="2D953058" w14:textId="77777777" w:rsidR="00B44386" w:rsidRDefault="004F6F8E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18"/>
                <w:lang w:eastAsia="ko-KR"/>
              </w:rPr>
              <w:t>성명, 연락처, 이메일, 학력, 경력, 자격사항 등 지원서 기재 항목 일체</w:t>
            </w:r>
          </w:p>
        </w:tc>
      </w:tr>
      <w:tr w:rsidR="00B44386" w14:paraId="73AEA8D8" w14:textId="77777777">
        <w:trPr>
          <w:trHeight w:val="400"/>
        </w:trPr>
        <w:tc>
          <w:tcPr>
            <w:tcW w:w="1800" w:type="dxa"/>
            <w:shd w:val="clear" w:color="auto" w:fill="F5E6D8"/>
            <w:vAlign w:val="center"/>
          </w:tcPr>
          <w:p w14:paraId="0D1CE7CF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보유 기간</w:t>
            </w:r>
          </w:p>
        </w:tc>
        <w:tc>
          <w:tcPr>
            <w:tcW w:w="7600" w:type="dxa"/>
            <w:vAlign w:val="center"/>
          </w:tcPr>
          <w:p w14:paraId="28F5AB05" w14:textId="77777777" w:rsidR="00B44386" w:rsidRDefault="004F6F8E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18"/>
                <w:lang w:eastAsia="ko-KR"/>
              </w:rPr>
              <w:t>채용 절차 종료 후 즉시 파기 (단, 채용된 경우 인사기록으로 전환)</w:t>
            </w:r>
          </w:p>
        </w:tc>
      </w:tr>
      <w:tr w:rsidR="00B44386" w14:paraId="736EDBF7" w14:textId="77777777">
        <w:trPr>
          <w:trHeight w:val="400"/>
        </w:trPr>
        <w:tc>
          <w:tcPr>
            <w:tcW w:w="1800" w:type="dxa"/>
            <w:shd w:val="clear" w:color="auto" w:fill="F5E6D8"/>
            <w:vAlign w:val="center"/>
          </w:tcPr>
          <w:p w14:paraId="0E9051FF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동의 거부 권리</w:t>
            </w:r>
          </w:p>
        </w:tc>
        <w:tc>
          <w:tcPr>
            <w:tcW w:w="7600" w:type="dxa"/>
            <w:vAlign w:val="center"/>
          </w:tcPr>
          <w:p w14:paraId="51A649ED" w14:textId="77777777" w:rsidR="00B44386" w:rsidRDefault="004F6F8E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18"/>
                <w:lang w:eastAsia="ko-KR"/>
              </w:rPr>
              <w:t>동의를 거부할 수 있으며, 거부 시 채용 전형 참여가 제한될 수 있습니다.</w:t>
            </w:r>
          </w:p>
        </w:tc>
      </w:tr>
    </w:tbl>
    <w:p w14:paraId="7EF98EE2" w14:textId="77777777" w:rsidR="00B44386" w:rsidRDefault="004F6F8E" w:rsidP="0002738F">
      <w:pPr>
        <w:spacing w:before="80" w:after="200"/>
        <w:jc w:val="right"/>
      </w:pPr>
      <w:r>
        <w:rPr>
          <w:rFonts w:ascii="Pretendard Variable Medium" w:eastAsia="Pretendard Variable Medium" w:hAnsi="Pretendard Variable Medium"/>
          <w:b/>
          <w:sz w:val="18"/>
          <w:lang w:eastAsia="ko-KR"/>
        </w:rPr>
        <w:t xml:space="preserve">위 내용을 확인하였으며, 개인정보 수집·이용에 동의합니다.    </w:t>
      </w:r>
      <w:r>
        <w:rPr>
          <w:rFonts w:ascii="Pretendard Variable Medium" w:eastAsia="Pretendard Variable Medium" w:hAnsi="Pretendard Variable Medium"/>
          <w:b/>
          <w:sz w:val="18"/>
        </w:rPr>
        <w:t>□ 동의    □ 미동의</w:t>
      </w:r>
    </w:p>
    <w:tbl>
      <w:tblPr>
        <w:tblStyle w:val="af9"/>
        <w:tblW w:w="5000" w:type="pct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283"/>
        <w:gridCol w:w="851"/>
        <w:gridCol w:w="283"/>
        <w:gridCol w:w="425"/>
        <w:gridCol w:w="567"/>
        <w:gridCol w:w="274"/>
        <w:gridCol w:w="10"/>
        <w:gridCol w:w="283"/>
        <w:gridCol w:w="284"/>
        <w:gridCol w:w="142"/>
        <w:gridCol w:w="283"/>
        <w:gridCol w:w="142"/>
        <w:gridCol w:w="567"/>
        <w:gridCol w:w="709"/>
        <w:gridCol w:w="141"/>
        <w:gridCol w:w="284"/>
        <w:gridCol w:w="948"/>
        <w:gridCol w:w="10"/>
      </w:tblGrid>
      <w:tr w:rsidR="00B44386" w14:paraId="51BCE760" w14:textId="77777777" w:rsidTr="002435EE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46EB738E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color w:val="4A2C0A"/>
              </w:rPr>
              <w:t>1. 인적사항</w:t>
            </w:r>
          </w:p>
        </w:tc>
      </w:tr>
      <w:tr w:rsidR="00A073D6" w14:paraId="757344F7" w14:textId="77777777" w:rsidTr="002435EE">
        <w:trPr>
          <w:gridAfter w:val="1"/>
          <w:wAfter w:w="10" w:type="dxa"/>
          <w:trHeight w:val="783"/>
        </w:trPr>
        <w:tc>
          <w:tcPr>
            <w:tcW w:w="1668" w:type="dxa"/>
            <w:shd w:val="clear" w:color="auto" w:fill="F5E6D8"/>
            <w:vAlign w:val="center"/>
          </w:tcPr>
          <w:p w14:paraId="57053114" w14:textId="77777777" w:rsidR="004178B9" w:rsidRDefault="004178B9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성명 (한글)</w:t>
            </w:r>
          </w:p>
        </w:tc>
        <w:tc>
          <w:tcPr>
            <w:tcW w:w="3817" w:type="dxa"/>
            <w:gridSpan w:val="7"/>
            <w:vAlign w:val="center"/>
          </w:tcPr>
          <w:p w14:paraId="7D38B8FC" w14:textId="77777777" w:rsidR="004178B9" w:rsidRDefault="004178B9"/>
        </w:tc>
        <w:tc>
          <w:tcPr>
            <w:tcW w:w="1144" w:type="dxa"/>
            <w:gridSpan w:val="6"/>
            <w:vMerge w:val="restart"/>
            <w:shd w:val="clear" w:color="auto" w:fill="F5E6D8"/>
            <w:vAlign w:val="center"/>
          </w:tcPr>
          <w:p w14:paraId="041D8AE5" w14:textId="35AF9E1A" w:rsidR="004178B9" w:rsidRPr="004178B9" w:rsidRDefault="004178B9">
            <w:pPr>
              <w:rPr>
                <w:rFonts w:ascii="Pretendard Variable Medium" w:eastAsia="Pretendard Variable Medium" w:hAnsi="Pretendard Variable Medium"/>
                <w:b/>
                <w:sz w:val="20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20"/>
                <w:lang w:eastAsia="ko-KR"/>
              </w:rPr>
              <w:t>사진</w:t>
            </w:r>
            <w:r w:rsidR="00F16224">
              <w:rPr>
                <w:rFonts w:ascii="Pretendard Variable Medium" w:eastAsia="Pretendard Variable Medium" w:hAnsi="Pretendard Variable Medium" w:hint="eastAsia"/>
                <w:b/>
                <w:sz w:val="20"/>
                <w:lang w:eastAsia="ko-KR"/>
              </w:rPr>
              <w:t xml:space="preserve"> </w:t>
            </w:r>
            <w:r>
              <w:rPr>
                <w:rFonts w:ascii="Pretendard Variable Medium" w:eastAsia="Pretendard Variable Medium" w:hAnsi="Pretendard Variable Medium" w:hint="eastAsia"/>
                <w:b/>
                <w:sz w:val="20"/>
                <w:lang w:eastAsia="ko-KR"/>
              </w:rPr>
              <w:t>(3x4)</w:t>
            </w:r>
          </w:p>
        </w:tc>
        <w:tc>
          <w:tcPr>
            <w:tcW w:w="2649" w:type="dxa"/>
            <w:gridSpan w:val="5"/>
            <w:vMerge w:val="restart"/>
            <w:vAlign w:val="center"/>
          </w:tcPr>
          <w:p w14:paraId="0F55D8DC" w14:textId="77777777" w:rsidR="004178B9" w:rsidRDefault="004178B9">
            <w:pPr>
              <w:rPr>
                <w:lang w:eastAsia="ko-KR"/>
              </w:rPr>
            </w:pPr>
          </w:p>
          <w:p w14:paraId="57FBEECF" w14:textId="77777777" w:rsidR="008E4253" w:rsidRDefault="008E4253">
            <w:pPr>
              <w:rPr>
                <w:lang w:eastAsia="ko-KR"/>
              </w:rPr>
            </w:pPr>
          </w:p>
          <w:p w14:paraId="7C6623AB" w14:textId="77777777" w:rsidR="008E4253" w:rsidRDefault="008E4253">
            <w:pPr>
              <w:rPr>
                <w:lang w:eastAsia="ko-KR"/>
              </w:rPr>
            </w:pPr>
          </w:p>
        </w:tc>
      </w:tr>
      <w:tr w:rsidR="00A073D6" w14:paraId="01647774" w14:textId="77777777" w:rsidTr="002435EE">
        <w:trPr>
          <w:gridAfter w:val="1"/>
          <w:wAfter w:w="10" w:type="dxa"/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62299CA8" w14:textId="346FC20D" w:rsidR="004178B9" w:rsidRDefault="004178B9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성명 (영문)</w:t>
            </w:r>
          </w:p>
        </w:tc>
        <w:tc>
          <w:tcPr>
            <w:tcW w:w="3817" w:type="dxa"/>
            <w:gridSpan w:val="7"/>
            <w:vAlign w:val="center"/>
          </w:tcPr>
          <w:p w14:paraId="716BCCA5" w14:textId="77777777" w:rsidR="004178B9" w:rsidRDefault="004178B9"/>
        </w:tc>
        <w:tc>
          <w:tcPr>
            <w:tcW w:w="1144" w:type="dxa"/>
            <w:gridSpan w:val="6"/>
            <w:vMerge/>
            <w:shd w:val="clear" w:color="auto" w:fill="F5E6D8"/>
            <w:vAlign w:val="center"/>
          </w:tcPr>
          <w:p w14:paraId="4F96BA32" w14:textId="64C7DC93" w:rsidR="004178B9" w:rsidRDefault="004178B9"/>
        </w:tc>
        <w:tc>
          <w:tcPr>
            <w:tcW w:w="2649" w:type="dxa"/>
            <w:gridSpan w:val="5"/>
            <w:vMerge/>
            <w:vAlign w:val="center"/>
          </w:tcPr>
          <w:p w14:paraId="6471EB80" w14:textId="77777777" w:rsidR="004178B9" w:rsidRDefault="004178B9"/>
        </w:tc>
      </w:tr>
      <w:tr w:rsidR="00A073D6" w14:paraId="6A5A045D" w14:textId="77777777" w:rsidTr="002435EE">
        <w:trPr>
          <w:gridAfter w:val="1"/>
          <w:wAfter w:w="10" w:type="dxa"/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3B4604EE" w14:textId="4ADD0C48" w:rsidR="004178B9" w:rsidRDefault="004178B9">
            <w:pPr>
              <w:rPr>
                <w:rFonts w:ascii="Pretendard Variable Medium" w:eastAsia="Pretendard Variable Medium" w:hAnsi="Pretendard Variable Medium"/>
                <w:b/>
                <w:sz w:val="20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20"/>
                <w:lang w:eastAsia="ko-KR"/>
              </w:rPr>
              <w:t>연락처(전화/메일)</w:t>
            </w:r>
          </w:p>
        </w:tc>
        <w:tc>
          <w:tcPr>
            <w:tcW w:w="3817" w:type="dxa"/>
            <w:gridSpan w:val="7"/>
            <w:vAlign w:val="center"/>
          </w:tcPr>
          <w:p w14:paraId="0837EF2A" w14:textId="77777777" w:rsidR="004178B9" w:rsidRDefault="004178B9">
            <w:pPr>
              <w:rPr>
                <w:lang w:eastAsia="ko-KR"/>
              </w:rPr>
            </w:pPr>
          </w:p>
        </w:tc>
        <w:tc>
          <w:tcPr>
            <w:tcW w:w="1144" w:type="dxa"/>
            <w:gridSpan w:val="6"/>
            <w:shd w:val="clear" w:color="auto" w:fill="F5E6D8"/>
            <w:vAlign w:val="center"/>
          </w:tcPr>
          <w:p w14:paraId="64DEC36C" w14:textId="62755466" w:rsidR="004178B9" w:rsidRDefault="004178B9">
            <w:pPr>
              <w:rPr>
                <w:rFonts w:ascii="Pretendard Variable Medium" w:eastAsia="Pretendard Variable Medium" w:hAnsi="Pretendard Variable Medium"/>
                <w:b/>
                <w:sz w:val="20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20"/>
                <w:lang w:eastAsia="ko-KR"/>
              </w:rPr>
              <w:t>생년월일</w:t>
            </w:r>
          </w:p>
        </w:tc>
        <w:tc>
          <w:tcPr>
            <w:tcW w:w="2649" w:type="dxa"/>
            <w:gridSpan w:val="5"/>
            <w:vAlign w:val="center"/>
          </w:tcPr>
          <w:p w14:paraId="50FBE3AB" w14:textId="77777777" w:rsidR="004178B9" w:rsidRDefault="004178B9"/>
        </w:tc>
      </w:tr>
      <w:tr w:rsidR="00B44386" w14:paraId="53AB9F64" w14:textId="77777777" w:rsidTr="002435EE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06474A7A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현 거주지</w:t>
            </w:r>
          </w:p>
        </w:tc>
        <w:tc>
          <w:tcPr>
            <w:tcW w:w="7620" w:type="dxa"/>
            <w:gridSpan w:val="19"/>
            <w:vAlign w:val="center"/>
          </w:tcPr>
          <w:p w14:paraId="7800D9AC" w14:textId="77777777" w:rsidR="00B44386" w:rsidRDefault="00B44386"/>
        </w:tc>
      </w:tr>
      <w:tr w:rsidR="00B44386" w14:paraId="1D8F92DD" w14:textId="77777777" w:rsidTr="008674E1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7A0E9C50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color w:val="4A2C0A"/>
              </w:rPr>
              <w:t>2. 지원 정보</w:t>
            </w:r>
          </w:p>
        </w:tc>
      </w:tr>
      <w:tr w:rsidR="00A073D6" w14:paraId="7C7453E0" w14:textId="77777777" w:rsidTr="009C2E1A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2801EE0C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지원 부서</w:t>
            </w:r>
          </w:p>
        </w:tc>
        <w:tc>
          <w:tcPr>
            <w:tcW w:w="2268" w:type="dxa"/>
            <w:gridSpan w:val="3"/>
            <w:vAlign w:val="center"/>
          </w:tcPr>
          <w:p w14:paraId="6D15F9F4" w14:textId="77777777" w:rsidR="00B44386" w:rsidRDefault="00B44386"/>
        </w:tc>
        <w:tc>
          <w:tcPr>
            <w:tcW w:w="1559" w:type="dxa"/>
            <w:gridSpan w:val="5"/>
            <w:shd w:val="clear" w:color="auto" w:fill="F5E6D8"/>
            <w:vAlign w:val="center"/>
          </w:tcPr>
          <w:p w14:paraId="7F22FD4C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지원 직무</w:t>
            </w:r>
          </w:p>
        </w:tc>
        <w:tc>
          <w:tcPr>
            <w:tcW w:w="3793" w:type="dxa"/>
            <w:gridSpan w:val="11"/>
            <w:vAlign w:val="center"/>
          </w:tcPr>
          <w:p w14:paraId="7C5C4FF5" w14:textId="77777777" w:rsidR="00B44386" w:rsidRDefault="00B44386"/>
        </w:tc>
      </w:tr>
      <w:tr w:rsidR="00A073D6" w14:paraId="7B0A7985" w14:textId="77777777" w:rsidTr="009C2E1A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15C2AB8B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지원 구분</w:t>
            </w:r>
          </w:p>
        </w:tc>
        <w:tc>
          <w:tcPr>
            <w:tcW w:w="2268" w:type="dxa"/>
            <w:gridSpan w:val="3"/>
            <w:vAlign w:val="center"/>
          </w:tcPr>
          <w:p w14:paraId="683BAE03" w14:textId="77777777" w:rsidR="00B44386" w:rsidRDefault="004F6F8E">
            <w:r>
              <w:rPr>
                <w:rFonts w:ascii="Pretendard Variable Medium" w:eastAsia="Pretendard Variable Medium" w:hAnsi="Pretendard Variable Medium"/>
                <w:sz w:val="20"/>
              </w:rPr>
              <w:t>□ 신입  □ 경력  □ 인턴</w:t>
            </w:r>
          </w:p>
        </w:tc>
        <w:tc>
          <w:tcPr>
            <w:tcW w:w="1559" w:type="dxa"/>
            <w:gridSpan w:val="5"/>
            <w:shd w:val="clear" w:color="auto" w:fill="F5E6D8"/>
            <w:vAlign w:val="center"/>
          </w:tcPr>
          <w:p w14:paraId="548FA3F9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지원 경로</w:t>
            </w:r>
          </w:p>
        </w:tc>
        <w:tc>
          <w:tcPr>
            <w:tcW w:w="3793" w:type="dxa"/>
            <w:gridSpan w:val="11"/>
            <w:vAlign w:val="center"/>
          </w:tcPr>
          <w:p w14:paraId="25925D1A" w14:textId="2FC60898" w:rsidR="00B44386" w:rsidRDefault="004F6F8E" w:rsidP="009C2E1A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>□ 채용사이트  □ 홈페이지  □ 추천  □ 기타</w:t>
            </w:r>
          </w:p>
        </w:tc>
      </w:tr>
      <w:tr w:rsidR="00A073D6" w14:paraId="796A9038" w14:textId="77777777" w:rsidTr="009C2E1A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5BE4E3AB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입사 가능일</w:t>
            </w:r>
          </w:p>
        </w:tc>
        <w:tc>
          <w:tcPr>
            <w:tcW w:w="2268" w:type="dxa"/>
            <w:gridSpan w:val="3"/>
            <w:vAlign w:val="center"/>
          </w:tcPr>
          <w:p w14:paraId="76FEF6CD" w14:textId="77777777" w:rsidR="00B44386" w:rsidRDefault="00B44386"/>
        </w:tc>
        <w:tc>
          <w:tcPr>
            <w:tcW w:w="1559" w:type="dxa"/>
            <w:gridSpan w:val="5"/>
            <w:shd w:val="clear" w:color="auto" w:fill="F5E6D8"/>
            <w:vAlign w:val="center"/>
          </w:tcPr>
          <w:p w14:paraId="2E4F14F4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희망 연봉</w:t>
            </w:r>
          </w:p>
        </w:tc>
        <w:tc>
          <w:tcPr>
            <w:tcW w:w="3793" w:type="dxa"/>
            <w:gridSpan w:val="11"/>
            <w:vAlign w:val="center"/>
          </w:tcPr>
          <w:p w14:paraId="2AE39F7F" w14:textId="77777777" w:rsidR="00B44386" w:rsidRDefault="00B44386"/>
        </w:tc>
      </w:tr>
      <w:tr w:rsidR="00B44386" w14:paraId="0CB21387" w14:textId="77777777" w:rsidTr="008674E1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082BA052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color w:val="4A2C0A"/>
              </w:rPr>
              <w:t>3. 학력사항</w:t>
            </w:r>
          </w:p>
        </w:tc>
      </w:tr>
      <w:tr w:rsidR="00DE031C" w14:paraId="500EC2DC" w14:textId="77777777" w:rsidTr="00EF60BA">
        <w:trPr>
          <w:trHeight w:val="440"/>
        </w:trPr>
        <w:tc>
          <w:tcPr>
            <w:tcW w:w="1668" w:type="dxa"/>
            <w:shd w:val="clear" w:color="auto" w:fill="F5E6D8"/>
            <w:vAlign w:val="center"/>
          </w:tcPr>
          <w:p w14:paraId="26A3DC30" w14:textId="77777777" w:rsidR="00DE031C" w:rsidRDefault="00DE031C" w:rsidP="00E246DB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구분</w:t>
            </w:r>
          </w:p>
        </w:tc>
        <w:tc>
          <w:tcPr>
            <w:tcW w:w="1134" w:type="dxa"/>
            <w:shd w:val="clear" w:color="auto" w:fill="F5E6D8"/>
            <w:vAlign w:val="center"/>
          </w:tcPr>
          <w:p w14:paraId="115C1191" w14:textId="57DA7184" w:rsidR="00DE031C" w:rsidRDefault="00A073D6" w:rsidP="00E246DB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입학년월</w:t>
            </w:r>
          </w:p>
        </w:tc>
        <w:tc>
          <w:tcPr>
            <w:tcW w:w="1134" w:type="dxa"/>
            <w:gridSpan w:val="2"/>
            <w:shd w:val="clear" w:color="auto" w:fill="F5E6D8"/>
            <w:vAlign w:val="center"/>
          </w:tcPr>
          <w:p w14:paraId="7742F57A" w14:textId="3BA12897" w:rsidR="00DE031C" w:rsidRDefault="00A073D6" w:rsidP="00E246DB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졸업년월</w:t>
            </w:r>
          </w:p>
        </w:tc>
        <w:tc>
          <w:tcPr>
            <w:tcW w:w="1842" w:type="dxa"/>
            <w:gridSpan w:val="6"/>
            <w:shd w:val="clear" w:color="auto" w:fill="F5E6D8"/>
            <w:vAlign w:val="center"/>
          </w:tcPr>
          <w:p w14:paraId="5ED03391" w14:textId="4BACB4CE" w:rsidR="00DE031C" w:rsidRDefault="00A073D6" w:rsidP="00E246DB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 xml:space="preserve">학과 </w:t>
            </w:r>
            <w:r>
              <w:rPr>
                <w:rFonts w:ascii="Pretendard Variable Medium" w:eastAsia="Pretendard Variable Medium" w:hAnsi="Pretendard Variable Medium"/>
                <w:b/>
                <w:sz w:val="18"/>
                <w:lang w:eastAsia="ko-KR"/>
              </w:rPr>
              <w:t>(주전공/부전공)</w:t>
            </w:r>
          </w:p>
        </w:tc>
        <w:tc>
          <w:tcPr>
            <w:tcW w:w="1418" w:type="dxa"/>
            <w:gridSpan w:val="5"/>
            <w:shd w:val="clear" w:color="auto" w:fill="F5E6D8"/>
            <w:vAlign w:val="center"/>
          </w:tcPr>
          <w:p w14:paraId="2B6748BF" w14:textId="38B06CD6" w:rsidR="00DE031C" w:rsidRDefault="00DE031C" w:rsidP="0078294D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학점</w:t>
            </w:r>
            <w:r w:rsidR="0078294D"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 xml:space="preserve"> </w:t>
            </w: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(</w:t>
            </w:r>
            <w:r w:rsidR="0078294D"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취득/만점)</w:t>
            </w:r>
          </w:p>
        </w:tc>
        <w:tc>
          <w:tcPr>
            <w:tcW w:w="1134" w:type="dxa"/>
            <w:gridSpan w:val="3"/>
            <w:shd w:val="clear" w:color="auto" w:fill="F5E6D8"/>
            <w:vAlign w:val="center"/>
          </w:tcPr>
          <w:p w14:paraId="0472CAED" w14:textId="3603BF3F" w:rsidR="00DE031C" w:rsidRPr="00DE031C" w:rsidRDefault="00DE031C" w:rsidP="00DE031C">
            <w:pPr>
              <w:jc w:val="center"/>
              <w:rPr>
                <w:sz w:val="16"/>
                <w:szCs w:val="16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편입/졸업</w:t>
            </w:r>
          </w:p>
        </w:tc>
        <w:tc>
          <w:tcPr>
            <w:tcW w:w="958" w:type="dxa"/>
            <w:gridSpan w:val="2"/>
            <w:shd w:val="clear" w:color="auto" w:fill="F5E6D8"/>
            <w:vAlign w:val="center"/>
          </w:tcPr>
          <w:p w14:paraId="74573164" w14:textId="6532DDA9" w:rsidR="00DE031C" w:rsidRDefault="00DE031C" w:rsidP="00DE031C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소재지</w:t>
            </w:r>
          </w:p>
        </w:tc>
      </w:tr>
      <w:tr w:rsidR="00DE031C" w14:paraId="3B30D3FA" w14:textId="77777777" w:rsidTr="00EF60BA">
        <w:trPr>
          <w:trHeight w:val="480"/>
        </w:trPr>
        <w:tc>
          <w:tcPr>
            <w:tcW w:w="1668" w:type="dxa"/>
            <w:vAlign w:val="center"/>
          </w:tcPr>
          <w:p w14:paraId="615663BC" w14:textId="201C500F" w:rsidR="00DE031C" w:rsidRPr="00106A0C" w:rsidRDefault="00DE031C" w:rsidP="00E246DB">
            <w:pPr>
              <w:jc w:val="right"/>
              <w:rPr>
                <w:rFonts w:ascii="Pretendard Variable Medium" w:eastAsia="Pretendard Variable Medium" w:hAnsi="Pretendard Variable Medium"/>
                <w:sz w:val="18"/>
                <w:szCs w:val="18"/>
              </w:rPr>
            </w:pPr>
            <w:r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00</w:t>
            </w:r>
            <w:r w:rsidRPr="00106A0C"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고등학교</w:t>
            </w:r>
          </w:p>
        </w:tc>
        <w:tc>
          <w:tcPr>
            <w:tcW w:w="1134" w:type="dxa"/>
            <w:vAlign w:val="center"/>
          </w:tcPr>
          <w:p w14:paraId="19CD967C" w14:textId="77777777" w:rsidR="00DE031C" w:rsidRDefault="00DE031C" w:rsidP="00E246DB"/>
        </w:tc>
        <w:tc>
          <w:tcPr>
            <w:tcW w:w="1134" w:type="dxa"/>
            <w:gridSpan w:val="2"/>
            <w:vAlign w:val="center"/>
          </w:tcPr>
          <w:p w14:paraId="4A3D2021" w14:textId="5AB206D7" w:rsidR="00DE031C" w:rsidRDefault="00DE031C" w:rsidP="00E246DB">
            <w:pPr>
              <w:rPr>
                <w:lang w:eastAsia="ko-KR"/>
              </w:rPr>
            </w:pPr>
          </w:p>
        </w:tc>
        <w:tc>
          <w:tcPr>
            <w:tcW w:w="1842" w:type="dxa"/>
            <w:gridSpan w:val="6"/>
            <w:vAlign w:val="center"/>
          </w:tcPr>
          <w:p w14:paraId="26065CFE" w14:textId="77777777" w:rsidR="00DE031C" w:rsidRDefault="00DE031C" w:rsidP="00E246DB">
            <w:pPr>
              <w:rPr>
                <w:lang w:eastAsia="ko-KR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7F402294" w14:textId="3564B803" w:rsidR="00DE031C" w:rsidRDefault="00DE031C" w:rsidP="00A70ED6">
            <w:pPr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(    /    )</w:t>
            </w:r>
          </w:p>
        </w:tc>
        <w:tc>
          <w:tcPr>
            <w:tcW w:w="1134" w:type="dxa"/>
            <w:gridSpan w:val="3"/>
            <w:vAlign w:val="center"/>
          </w:tcPr>
          <w:p w14:paraId="0B8EE15F" w14:textId="0368BAC7" w:rsidR="00DE031C" w:rsidRDefault="00DE031C" w:rsidP="00F739F2">
            <w:pPr>
              <w:rPr>
                <w:rFonts w:ascii="Pretendard Variable Medium" w:eastAsia="Pretendard Variable Medium" w:hAnsi="Pretendard Variable Medium"/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재학/편입</w:t>
            </w:r>
          </w:p>
          <w:p w14:paraId="7EB123F9" w14:textId="6B6E8FC8" w:rsidR="00DE031C" w:rsidRPr="00DE031C" w:rsidRDefault="00DE031C" w:rsidP="00F739F2">
            <w:pPr>
              <w:rPr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졸업/졸업예정</w:t>
            </w:r>
          </w:p>
        </w:tc>
        <w:tc>
          <w:tcPr>
            <w:tcW w:w="958" w:type="dxa"/>
            <w:gridSpan w:val="2"/>
            <w:vAlign w:val="center"/>
          </w:tcPr>
          <w:p w14:paraId="5D2A4F4B" w14:textId="7E1B7700" w:rsidR="00DE031C" w:rsidRPr="00DE031C" w:rsidRDefault="00DE031C" w:rsidP="00F739F2">
            <w:pPr>
              <w:rPr>
                <w:sz w:val="16"/>
                <w:szCs w:val="16"/>
                <w:lang w:eastAsia="ko-KR"/>
              </w:rPr>
            </w:pPr>
          </w:p>
        </w:tc>
      </w:tr>
      <w:tr w:rsidR="00DE031C" w14:paraId="60873980" w14:textId="77777777" w:rsidTr="00EF60BA">
        <w:trPr>
          <w:trHeight w:val="480"/>
        </w:trPr>
        <w:tc>
          <w:tcPr>
            <w:tcW w:w="1668" w:type="dxa"/>
            <w:vAlign w:val="center"/>
          </w:tcPr>
          <w:p w14:paraId="25CDEA10" w14:textId="7004F580" w:rsidR="00DE031C" w:rsidRPr="00106A0C" w:rsidRDefault="00DE031C" w:rsidP="00DE031C">
            <w:pPr>
              <w:jc w:val="right"/>
              <w:rPr>
                <w:rFonts w:ascii="Pretendard Variable Medium" w:eastAsia="Pretendard Variable Medium" w:hAnsi="Pretendard Variable Medium"/>
                <w:sz w:val="18"/>
                <w:szCs w:val="18"/>
              </w:rPr>
            </w:pPr>
            <w:r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00</w:t>
            </w:r>
            <w:r w:rsidRPr="00106A0C"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대학교</w:t>
            </w:r>
          </w:p>
        </w:tc>
        <w:tc>
          <w:tcPr>
            <w:tcW w:w="1134" w:type="dxa"/>
            <w:vAlign w:val="center"/>
          </w:tcPr>
          <w:p w14:paraId="6E06C927" w14:textId="77777777" w:rsidR="00DE031C" w:rsidRDefault="00DE031C" w:rsidP="00DE031C"/>
        </w:tc>
        <w:tc>
          <w:tcPr>
            <w:tcW w:w="1134" w:type="dxa"/>
            <w:gridSpan w:val="2"/>
            <w:vAlign w:val="center"/>
          </w:tcPr>
          <w:p w14:paraId="679940C0" w14:textId="7ABD3D3E" w:rsidR="00DE031C" w:rsidRDefault="00DE031C" w:rsidP="00DE031C">
            <w:pPr>
              <w:rPr>
                <w:lang w:eastAsia="ko-KR"/>
              </w:rPr>
            </w:pPr>
          </w:p>
        </w:tc>
        <w:tc>
          <w:tcPr>
            <w:tcW w:w="1842" w:type="dxa"/>
            <w:gridSpan w:val="6"/>
            <w:vAlign w:val="center"/>
          </w:tcPr>
          <w:p w14:paraId="7D55F6E3" w14:textId="77777777" w:rsidR="00DE031C" w:rsidRDefault="00DE031C" w:rsidP="00DE031C">
            <w:pPr>
              <w:rPr>
                <w:lang w:eastAsia="ko-KR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5FE82EFA" w14:textId="76B58197" w:rsidR="00DE031C" w:rsidRDefault="00DE031C" w:rsidP="00DE031C">
            <w:pPr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(    /    )</w:t>
            </w:r>
          </w:p>
        </w:tc>
        <w:tc>
          <w:tcPr>
            <w:tcW w:w="1134" w:type="dxa"/>
            <w:gridSpan w:val="3"/>
            <w:vAlign w:val="center"/>
          </w:tcPr>
          <w:p w14:paraId="5E9B19C6" w14:textId="77777777" w:rsidR="00DE031C" w:rsidRDefault="00DE031C" w:rsidP="00DE031C">
            <w:pPr>
              <w:rPr>
                <w:rFonts w:ascii="Pretendard Variable Medium" w:eastAsia="Pretendard Variable Medium" w:hAnsi="Pretendard Variable Medium"/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재학/편입</w:t>
            </w:r>
          </w:p>
          <w:p w14:paraId="74EBC195" w14:textId="7F38B60A" w:rsidR="00DE031C" w:rsidRPr="00DE031C" w:rsidRDefault="00DE031C" w:rsidP="00DE031C">
            <w:pPr>
              <w:rPr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졸업/졸업예정</w:t>
            </w:r>
          </w:p>
        </w:tc>
        <w:tc>
          <w:tcPr>
            <w:tcW w:w="958" w:type="dxa"/>
            <w:gridSpan w:val="2"/>
            <w:vAlign w:val="center"/>
          </w:tcPr>
          <w:p w14:paraId="65ED6D4E" w14:textId="430A159B" w:rsidR="00DE031C" w:rsidRPr="00DE031C" w:rsidRDefault="00DE031C" w:rsidP="00DE031C">
            <w:pPr>
              <w:rPr>
                <w:sz w:val="16"/>
                <w:szCs w:val="16"/>
                <w:lang w:eastAsia="ko-KR"/>
              </w:rPr>
            </w:pPr>
          </w:p>
        </w:tc>
      </w:tr>
      <w:tr w:rsidR="00DE031C" w14:paraId="2EB59D3C" w14:textId="77777777" w:rsidTr="00EF60BA">
        <w:trPr>
          <w:trHeight w:val="480"/>
        </w:trPr>
        <w:tc>
          <w:tcPr>
            <w:tcW w:w="1668" w:type="dxa"/>
            <w:vAlign w:val="center"/>
          </w:tcPr>
          <w:p w14:paraId="33D082F9" w14:textId="787B45BC" w:rsidR="00DE031C" w:rsidRDefault="00DE031C" w:rsidP="00DE031C">
            <w:pPr>
              <w:jc w:val="right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00</w:t>
            </w:r>
            <w:r w:rsidRPr="00106A0C"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대학</w:t>
            </w:r>
            <w:r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원(석사)</w:t>
            </w:r>
          </w:p>
        </w:tc>
        <w:tc>
          <w:tcPr>
            <w:tcW w:w="1134" w:type="dxa"/>
            <w:vAlign w:val="center"/>
          </w:tcPr>
          <w:p w14:paraId="2D3CD564" w14:textId="77777777" w:rsidR="00DE031C" w:rsidRDefault="00DE031C" w:rsidP="00DE031C">
            <w:pPr>
              <w:rPr>
                <w:lang w:eastAsia="ko-KR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3D62DF" w14:textId="48E37D3E" w:rsidR="00DE031C" w:rsidRDefault="00DE031C" w:rsidP="00DE031C">
            <w:pPr>
              <w:rPr>
                <w:lang w:eastAsia="ko-KR"/>
              </w:rPr>
            </w:pPr>
          </w:p>
        </w:tc>
        <w:tc>
          <w:tcPr>
            <w:tcW w:w="1842" w:type="dxa"/>
            <w:gridSpan w:val="6"/>
            <w:vAlign w:val="center"/>
          </w:tcPr>
          <w:p w14:paraId="0B06EBBE" w14:textId="77777777" w:rsidR="00DE031C" w:rsidRDefault="00DE031C" w:rsidP="00DE031C">
            <w:pPr>
              <w:rPr>
                <w:lang w:eastAsia="ko-KR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15E115B1" w14:textId="31BA78D2" w:rsidR="00DE031C" w:rsidRDefault="00DE031C" w:rsidP="00DE031C">
            <w:pPr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(    /    )</w:t>
            </w:r>
          </w:p>
        </w:tc>
        <w:tc>
          <w:tcPr>
            <w:tcW w:w="1134" w:type="dxa"/>
            <w:gridSpan w:val="3"/>
            <w:vAlign w:val="center"/>
          </w:tcPr>
          <w:p w14:paraId="4E88AC07" w14:textId="77777777" w:rsidR="00DE031C" w:rsidRDefault="00DE031C" w:rsidP="00DE031C">
            <w:pPr>
              <w:rPr>
                <w:rFonts w:ascii="Pretendard Variable Medium" w:eastAsia="Pretendard Variable Medium" w:hAnsi="Pretendard Variable Medium"/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재학/편입</w:t>
            </w:r>
          </w:p>
          <w:p w14:paraId="1D4DCFDF" w14:textId="6C3C5E42" w:rsidR="00DE031C" w:rsidRPr="00DE031C" w:rsidRDefault="00DE031C" w:rsidP="00DE031C">
            <w:pPr>
              <w:rPr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졸업/졸업예정</w:t>
            </w:r>
          </w:p>
        </w:tc>
        <w:tc>
          <w:tcPr>
            <w:tcW w:w="958" w:type="dxa"/>
            <w:gridSpan w:val="2"/>
            <w:vAlign w:val="center"/>
          </w:tcPr>
          <w:p w14:paraId="238E8CA0" w14:textId="29A44091" w:rsidR="00DE031C" w:rsidRPr="00DE031C" w:rsidRDefault="00DE031C" w:rsidP="00DE031C">
            <w:pPr>
              <w:rPr>
                <w:sz w:val="16"/>
                <w:szCs w:val="16"/>
                <w:lang w:eastAsia="ko-KR"/>
              </w:rPr>
            </w:pPr>
          </w:p>
        </w:tc>
      </w:tr>
      <w:tr w:rsidR="00DE031C" w14:paraId="453AD967" w14:textId="77777777" w:rsidTr="00EF60BA">
        <w:trPr>
          <w:trHeight w:val="480"/>
        </w:trPr>
        <w:tc>
          <w:tcPr>
            <w:tcW w:w="1668" w:type="dxa"/>
            <w:vAlign w:val="center"/>
          </w:tcPr>
          <w:p w14:paraId="373C31E9" w14:textId="587B2DF7" w:rsidR="00DE031C" w:rsidRDefault="00DE031C" w:rsidP="00DE031C">
            <w:pPr>
              <w:jc w:val="right"/>
              <w:rPr>
                <w:rFonts w:ascii="Pretendard Variable Medium" w:eastAsia="Pretendard Variable Medium" w:hAnsi="Pretendard Variable Medium"/>
                <w:sz w:val="18"/>
                <w:szCs w:val="18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lastRenderedPageBreak/>
              <w:t xml:space="preserve">학위논문 </w:t>
            </w:r>
          </w:p>
        </w:tc>
        <w:tc>
          <w:tcPr>
            <w:tcW w:w="4110" w:type="dxa"/>
            <w:gridSpan w:val="9"/>
            <w:vAlign w:val="center"/>
          </w:tcPr>
          <w:p w14:paraId="5F300AC6" w14:textId="39D373DE" w:rsidR="00DE031C" w:rsidRPr="00C2380D" w:rsidRDefault="00DE031C" w:rsidP="00DE031C">
            <w:pPr>
              <w:rPr>
                <w:rFonts w:ascii="Pretendard Variable Medium" w:eastAsia="Pretendard Variable Medium" w:hAnsi="Pretendard Variable Medium"/>
                <w:color w:val="auto"/>
                <w:sz w:val="18"/>
                <w:szCs w:val="18"/>
                <w:lang w:eastAsia="ko-KR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511A485D" w14:textId="3A7122D6" w:rsidR="00DE031C" w:rsidRDefault="00DE031C" w:rsidP="00DE031C">
            <w:pPr>
              <w:rPr>
                <w:rFonts w:ascii="Pretendard Variable Medium" w:eastAsia="Pretendard Variable Medium" w:hAnsi="Pretendard Variable Medium"/>
                <w:sz w:val="18"/>
                <w:szCs w:val="18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지도교수(Lab)</w:t>
            </w:r>
          </w:p>
        </w:tc>
        <w:tc>
          <w:tcPr>
            <w:tcW w:w="2092" w:type="dxa"/>
            <w:gridSpan w:val="5"/>
            <w:vAlign w:val="center"/>
          </w:tcPr>
          <w:p w14:paraId="6EF19700" w14:textId="692CD57F" w:rsidR="00DE031C" w:rsidRPr="00DE031C" w:rsidRDefault="00DE031C" w:rsidP="00DE031C">
            <w:pPr>
              <w:rPr>
                <w:rFonts w:ascii="Pretendard Variable Medium" w:eastAsia="Pretendard Variable Medium" w:hAnsi="Pretendard Variable Medium"/>
                <w:sz w:val="16"/>
                <w:szCs w:val="16"/>
                <w:lang w:eastAsia="ko-KR"/>
              </w:rPr>
            </w:pPr>
          </w:p>
        </w:tc>
      </w:tr>
      <w:tr w:rsidR="00DE031C" w14:paraId="439DB306" w14:textId="77777777" w:rsidTr="00EF60BA">
        <w:trPr>
          <w:trHeight w:val="705"/>
        </w:trPr>
        <w:tc>
          <w:tcPr>
            <w:tcW w:w="1668" w:type="dxa"/>
            <w:vAlign w:val="center"/>
          </w:tcPr>
          <w:p w14:paraId="5B40EE97" w14:textId="2BCA2413" w:rsidR="00DE031C" w:rsidRDefault="00DE031C" w:rsidP="00DE031C">
            <w:pPr>
              <w:jc w:val="right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00</w:t>
            </w:r>
            <w:r w:rsidRPr="00106A0C"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대학</w:t>
            </w:r>
            <w:r>
              <w:rPr>
                <w:rFonts w:ascii="Pretendard Variable Medium" w:eastAsia="Pretendard Variable Medium" w:hAnsi="Pretendard Variable Medium" w:hint="eastAsia"/>
                <w:sz w:val="18"/>
                <w:szCs w:val="18"/>
                <w:lang w:eastAsia="ko-KR"/>
              </w:rPr>
              <w:t>원(박사)</w:t>
            </w:r>
          </w:p>
        </w:tc>
        <w:tc>
          <w:tcPr>
            <w:tcW w:w="1134" w:type="dxa"/>
            <w:vAlign w:val="center"/>
          </w:tcPr>
          <w:p w14:paraId="749AB3C9" w14:textId="5EC3E789" w:rsidR="00DE031C" w:rsidRPr="00C2380D" w:rsidRDefault="00DE031C" w:rsidP="00DE031C">
            <w:pPr>
              <w:rPr>
                <w:color w:val="auto"/>
                <w:lang w:eastAsia="ko-KR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50E0FB6" w14:textId="76CE2DE7" w:rsidR="00DE031C" w:rsidRPr="00C2380D" w:rsidRDefault="00DE031C" w:rsidP="00DE031C">
            <w:pPr>
              <w:rPr>
                <w:color w:val="auto"/>
                <w:lang w:eastAsia="ko-KR"/>
              </w:rPr>
            </w:pPr>
          </w:p>
        </w:tc>
        <w:tc>
          <w:tcPr>
            <w:tcW w:w="1842" w:type="dxa"/>
            <w:gridSpan w:val="6"/>
            <w:vAlign w:val="center"/>
          </w:tcPr>
          <w:p w14:paraId="677DB8CB" w14:textId="77777777" w:rsidR="00DE031C" w:rsidRPr="00C2380D" w:rsidRDefault="00DE031C" w:rsidP="00DE031C">
            <w:pPr>
              <w:rPr>
                <w:color w:val="auto"/>
                <w:lang w:eastAsia="ko-KR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32F28612" w14:textId="4CEA5F10" w:rsidR="00DE031C" w:rsidRDefault="00DE031C" w:rsidP="00DE031C">
            <w:pPr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(    /    )</w:t>
            </w:r>
          </w:p>
        </w:tc>
        <w:tc>
          <w:tcPr>
            <w:tcW w:w="1134" w:type="dxa"/>
            <w:gridSpan w:val="3"/>
            <w:vAlign w:val="center"/>
          </w:tcPr>
          <w:p w14:paraId="3ACFCF2B" w14:textId="77777777" w:rsidR="00DE031C" w:rsidRDefault="00DE031C" w:rsidP="00DE031C">
            <w:pPr>
              <w:rPr>
                <w:rFonts w:ascii="Pretendard Variable Medium" w:eastAsia="Pretendard Variable Medium" w:hAnsi="Pretendard Variable Medium"/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재학/편입</w:t>
            </w:r>
          </w:p>
          <w:p w14:paraId="0680704B" w14:textId="514B788A" w:rsidR="00DE031C" w:rsidRPr="00DE031C" w:rsidRDefault="00DE031C" w:rsidP="00DE031C">
            <w:pPr>
              <w:rPr>
                <w:sz w:val="16"/>
                <w:szCs w:val="16"/>
                <w:lang w:eastAsia="ko-KR"/>
              </w:rPr>
            </w:pPr>
            <w:r w:rsidRPr="00DE031C">
              <w:rPr>
                <w:rFonts w:ascii="Pretendard Variable Medium" w:eastAsia="Pretendard Variable Medium" w:hAnsi="Pretendard Variable Medium" w:hint="eastAsia"/>
                <w:sz w:val="16"/>
                <w:szCs w:val="16"/>
                <w:lang w:eastAsia="ko-KR"/>
              </w:rPr>
              <w:t>졸업/졸업예정</w:t>
            </w:r>
          </w:p>
        </w:tc>
        <w:tc>
          <w:tcPr>
            <w:tcW w:w="958" w:type="dxa"/>
            <w:gridSpan w:val="2"/>
            <w:vAlign w:val="center"/>
          </w:tcPr>
          <w:p w14:paraId="5D27315D" w14:textId="07E8BBFC" w:rsidR="00DE031C" w:rsidRPr="00DE031C" w:rsidRDefault="00DE031C" w:rsidP="00DE031C">
            <w:pPr>
              <w:rPr>
                <w:sz w:val="16"/>
                <w:szCs w:val="16"/>
                <w:lang w:eastAsia="ko-KR"/>
              </w:rPr>
            </w:pPr>
          </w:p>
        </w:tc>
      </w:tr>
      <w:tr w:rsidR="00DE031C" w14:paraId="2E0802C0" w14:textId="77777777" w:rsidTr="00EF60BA">
        <w:trPr>
          <w:trHeight w:val="480"/>
        </w:trPr>
        <w:tc>
          <w:tcPr>
            <w:tcW w:w="1668" w:type="dxa"/>
            <w:vAlign w:val="center"/>
          </w:tcPr>
          <w:p w14:paraId="3E99A90B" w14:textId="7AEE3109" w:rsidR="00DE031C" w:rsidRDefault="00DE031C" w:rsidP="00DE031C">
            <w:pPr>
              <w:jc w:val="right"/>
              <w:rPr>
                <w:rFonts w:ascii="Pretendard Variable Medium" w:eastAsia="Pretendard Variable Medium" w:hAnsi="Pretendard Variable Medium"/>
                <w:sz w:val="18"/>
                <w:szCs w:val="18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학위논문</w:t>
            </w:r>
          </w:p>
        </w:tc>
        <w:tc>
          <w:tcPr>
            <w:tcW w:w="4110" w:type="dxa"/>
            <w:gridSpan w:val="9"/>
            <w:vAlign w:val="center"/>
          </w:tcPr>
          <w:p w14:paraId="152618C7" w14:textId="5077DCD6" w:rsidR="00DE031C" w:rsidRPr="00C2380D" w:rsidRDefault="00DE031C" w:rsidP="00DE031C">
            <w:pPr>
              <w:rPr>
                <w:rFonts w:ascii="Pretendard Variable Medium" w:eastAsia="Pretendard Variable Medium" w:hAnsi="Pretendard Variable Medium"/>
                <w:color w:val="auto"/>
                <w:sz w:val="18"/>
                <w:szCs w:val="18"/>
                <w:lang w:eastAsia="ko-KR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71913AFE" w14:textId="712CA68A" w:rsidR="00DE031C" w:rsidRDefault="00DE031C" w:rsidP="00DE031C">
            <w:pPr>
              <w:rPr>
                <w:rFonts w:ascii="Pretendard Variable Medium" w:eastAsia="Pretendard Variable Medium" w:hAnsi="Pretendard Variable Medium"/>
                <w:sz w:val="18"/>
                <w:szCs w:val="18"/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지도교수(Lab)</w:t>
            </w:r>
          </w:p>
        </w:tc>
        <w:tc>
          <w:tcPr>
            <w:tcW w:w="2092" w:type="dxa"/>
            <w:gridSpan w:val="5"/>
            <w:vAlign w:val="center"/>
          </w:tcPr>
          <w:p w14:paraId="473A98E2" w14:textId="71F8570B" w:rsidR="00DE031C" w:rsidRDefault="00DE031C" w:rsidP="00DE031C">
            <w:pPr>
              <w:rPr>
                <w:rFonts w:ascii="Pretendard Variable Medium" w:eastAsia="Pretendard Variable Medium" w:hAnsi="Pretendard Variable Medium"/>
                <w:sz w:val="18"/>
                <w:szCs w:val="18"/>
                <w:lang w:eastAsia="ko-KR"/>
              </w:rPr>
            </w:pPr>
          </w:p>
        </w:tc>
      </w:tr>
      <w:tr w:rsidR="00D1288D" w14:paraId="3C844477" w14:textId="77777777" w:rsidTr="00667506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6EA14941" w14:textId="55655358" w:rsidR="00D1288D" w:rsidRDefault="00D1288D" w:rsidP="00667506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lang w:eastAsia="ko-KR"/>
              </w:rPr>
              <w:t>4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  <w:lang w:eastAsia="ko-KR"/>
              </w:rPr>
              <w:t xml:space="preserve">. </w:t>
            </w:r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lang w:eastAsia="ko-KR"/>
              </w:rPr>
              <w:t>논문, 특허, 학회발표, 수상실적</w:t>
            </w:r>
          </w:p>
        </w:tc>
      </w:tr>
      <w:tr w:rsidR="00D1288D" w14:paraId="6800496F" w14:textId="77777777" w:rsidTr="00667506">
        <w:trPr>
          <w:trHeight w:val="400"/>
        </w:trPr>
        <w:tc>
          <w:tcPr>
            <w:tcW w:w="9288" w:type="dxa"/>
            <w:gridSpan w:val="20"/>
          </w:tcPr>
          <w:p w14:paraId="39435AD4" w14:textId="77777777" w:rsidR="00D1288D" w:rsidRDefault="00D1288D" w:rsidP="00667506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  <w:t xml:space="preserve">  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</w:rPr>
              <w:t xml:space="preserve">▸ </w:t>
            </w:r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sz w:val="18"/>
                <w:lang w:eastAsia="ko-KR"/>
              </w:rPr>
              <w:t>논문</w:t>
            </w:r>
          </w:p>
        </w:tc>
      </w:tr>
      <w:tr w:rsidR="00D1288D" w14:paraId="4DE297CB" w14:textId="77777777" w:rsidTr="00E146B0">
        <w:trPr>
          <w:trHeight w:val="440"/>
        </w:trPr>
        <w:tc>
          <w:tcPr>
            <w:tcW w:w="4219" w:type="dxa"/>
            <w:gridSpan w:val="5"/>
            <w:shd w:val="clear" w:color="auto" w:fill="F5E6D8"/>
            <w:vAlign w:val="center"/>
          </w:tcPr>
          <w:p w14:paraId="6E0E2008" w14:textId="77777777" w:rsidR="00D1288D" w:rsidRDefault="00D1288D" w:rsidP="00D1288D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논문명</w:t>
            </w:r>
          </w:p>
        </w:tc>
        <w:tc>
          <w:tcPr>
            <w:tcW w:w="992" w:type="dxa"/>
            <w:gridSpan w:val="2"/>
            <w:shd w:val="clear" w:color="auto" w:fill="F5E6D8"/>
            <w:vAlign w:val="center"/>
          </w:tcPr>
          <w:p w14:paraId="2EEFC4A6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저자구분</w:t>
            </w:r>
          </w:p>
        </w:tc>
        <w:tc>
          <w:tcPr>
            <w:tcW w:w="1276" w:type="dxa"/>
            <w:gridSpan w:val="6"/>
            <w:shd w:val="clear" w:color="auto" w:fill="F5E6D8"/>
            <w:vAlign w:val="center"/>
          </w:tcPr>
          <w:p w14:paraId="3F57E3F4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저널명</w:t>
            </w:r>
          </w:p>
        </w:tc>
        <w:tc>
          <w:tcPr>
            <w:tcW w:w="1559" w:type="dxa"/>
            <w:gridSpan w:val="4"/>
            <w:shd w:val="clear" w:color="auto" w:fill="F5E6D8"/>
            <w:vAlign w:val="center"/>
          </w:tcPr>
          <w:p w14:paraId="6DE0457A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SCI급 여부</w:t>
            </w:r>
          </w:p>
        </w:tc>
        <w:tc>
          <w:tcPr>
            <w:tcW w:w="1242" w:type="dxa"/>
            <w:gridSpan w:val="3"/>
            <w:shd w:val="clear" w:color="auto" w:fill="F5E6D8"/>
            <w:vAlign w:val="center"/>
          </w:tcPr>
          <w:p w14:paraId="29D0E4B4" w14:textId="5DE091EA" w:rsidR="00D1288D" w:rsidRDefault="00D1288D" w:rsidP="00D1288D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IF</w:t>
            </w:r>
          </w:p>
        </w:tc>
      </w:tr>
      <w:tr w:rsidR="00D1288D" w14:paraId="4DD04F5D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08E62EC0" w14:textId="77777777" w:rsidR="00D1288D" w:rsidRDefault="00D1288D" w:rsidP="00D1288D"/>
        </w:tc>
        <w:tc>
          <w:tcPr>
            <w:tcW w:w="992" w:type="dxa"/>
            <w:gridSpan w:val="2"/>
            <w:vAlign w:val="center"/>
          </w:tcPr>
          <w:p w14:paraId="019C33BA" w14:textId="77777777" w:rsidR="00D1288D" w:rsidRDefault="00D1288D" w:rsidP="00D1288D"/>
        </w:tc>
        <w:tc>
          <w:tcPr>
            <w:tcW w:w="1276" w:type="dxa"/>
            <w:gridSpan w:val="6"/>
            <w:vAlign w:val="center"/>
          </w:tcPr>
          <w:p w14:paraId="60790DFB" w14:textId="77777777" w:rsidR="00D1288D" w:rsidRDefault="00D1288D" w:rsidP="00D1288D"/>
        </w:tc>
        <w:tc>
          <w:tcPr>
            <w:tcW w:w="1559" w:type="dxa"/>
            <w:gridSpan w:val="4"/>
            <w:vAlign w:val="center"/>
          </w:tcPr>
          <w:p w14:paraId="7E016B8A" w14:textId="77777777" w:rsidR="00D1288D" w:rsidRDefault="00D1288D" w:rsidP="00D1288D"/>
        </w:tc>
        <w:tc>
          <w:tcPr>
            <w:tcW w:w="1242" w:type="dxa"/>
            <w:gridSpan w:val="3"/>
            <w:vAlign w:val="center"/>
          </w:tcPr>
          <w:p w14:paraId="1F1A44DB" w14:textId="62F221A4" w:rsidR="00D1288D" w:rsidRDefault="00D1288D" w:rsidP="00D1288D"/>
        </w:tc>
      </w:tr>
      <w:tr w:rsidR="00D1288D" w14:paraId="252B4075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4B817967" w14:textId="77777777" w:rsidR="00D1288D" w:rsidRDefault="00D1288D" w:rsidP="00D1288D"/>
        </w:tc>
        <w:tc>
          <w:tcPr>
            <w:tcW w:w="992" w:type="dxa"/>
            <w:gridSpan w:val="2"/>
            <w:vAlign w:val="center"/>
          </w:tcPr>
          <w:p w14:paraId="411B3D5C" w14:textId="77777777" w:rsidR="00D1288D" w:rsidRDefault="00D1288D" w:rsidP="00D1288D"/>
        </w:tc>
        <w:tc>
          <w:tcPr>
            <w:tcW w:w="1276" w:type="dxa"/>
            <w:gridSpan w:val="6"/>
            <w:vAlign w:val="center"/>
          </w:tcPr>
          <w:p w14:paraId="4D0DBD33" w14:textId="77777777" w:rsidR="00D1288D" w:rsidRDefault="00D1288D" w:rsidP="00D1288D"/>
        </w:tc>
        <w:tc>
          <w:tcPr>
            <w:tcW w:w="1559" w:type="dxa"/>
            <w:gridSpan w:val="4"/>
            <w:vAlign w:val="center"/>
          </w:tcPr>
          <w:p w14:paraId="3DC66413" w14:textId="77777777" w:rsidR="00D1288D" w:rsidRDefault="00D1288D" w:rsidP="00D1288D"/>
        </w:tc>
        <w:tc>
          <w:tcPr>
            <w:tcW w:w="1242" w:type="dxa"/>
            <w:gridSpan w:val="3"/>
            <w:vAlign w:val="center"/>
          </w:tcPr>
          <w:p w14:paraId="23203202" w14:textId="603DCBF5" w:rsidR="00D1288D" w:rsidRDefault="00D1288D" w:rsidP="00D1288D"/>
        </w:tc>
      </w:tr>
      <w:tr w:rsidR="00D1288D" w14:paraId="535DED3A" w14:textId="77777777" w:rsidTr="00667506">
        <w:trPr>
          <w:trHeight w:val="400"/>
        </w:trPr>
        <w:tc>
          <w:tcPr>
            <w:tcW w:w="9288" w:type="dxa"/>
            <w:gridSpan w:val="20"/>
          </w:tcPr>
          <w:p w14:paraId="07549828" w14:textId="55123CA2" w:rsidR="00D1288D" w:rsidRDefault="00D1288D" w:rsidP="00D1288D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</w:rPr>
              <w:t xml:space="preserve">  ▸ </w:t>
            </w:r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sz w:val="18"/>
                <w:lang w:eastAsia="ko-KR"/>
              </w:rPr>
              <w:t>특허</w:t>
            </w:r>
          </w:p>
        </w:tc>
      </w:tr>
      <w:tr w:rsidR="00FA0110" w14:paraId="3BB04DD5" w14:textId="77777777" w:rsidTr="00E146B0">
        <w:trPr>
          <w:trHeight w:val="440"/>
        </w:trPr>
        <w:tc>
          <w:tcPr>
            <w:tcW w:w="4219" w:type="dxa"/>
            <w:gridSpan w:val="5"/>
            <w:shd w:val="clear" w:color="auto" w:fill="F5E6D8"/>
            <w:vAlign w:val="center"/>
          </w:tcPr>
          <w:p w14:paraId="5562BAD6" w14:textId="4C6C53A3" w:rsidR="00FA0110" w:rsidRDefault="00FA0110" w:rsidP="00FA0110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특허명</w:t>
            </w:r>
          </w:p>
        </w:tc>
        <w:tc>
          <w:tcPr>
            <w:tcW w:w="992" w:type="dxa"/>
            <w:gridSpan w:val="2"/>
            <w:shd w:val="clear" w:color="auto" w:fill="F5E6D8"/>
            <w:vAlign w:val="center"/>
          </w:tcPr>
          <w:p w14:paraId="47A68BBE" w14:textId="402C92D1" w:rsidR="00FA0110" w:rsidRDefault="00FA0110" w:rsidP="00FA0110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발</w:t>
            </w: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명</w:t>
            </w: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자</w:t>
            </w:r>
          </w:p>
        </w:tc>
        <w:tc>
          <w:tcPr>
            <w:tcW w:w="1276" w:type="dxa"/>
            <w:gridSpan w:val="6"/>
            <w:shd w:val="clear" w:color="auto" w:fill="F5E6D8"/>
            <w:vAlign w:val="center"/>
          </w:tcPr>
          <w:p w14:paraId="5B4BD65B" w14:textId="71B6C4E1" w:rsidR="00FA0110" w:rsidRDefault="00FA0110" w:rsidP="00FA0110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등록일/출원일</w:t>
            </w:r>
          </w:p>
        </w:tc>
        <w:tc>
          <w:tcPr>
            <w:tcW w:w="1559" w:type="dxa"/>
            <w:gridSpan w:val="4"/>
            <w:shd w:val="clear" w:color="auto" w:fill="F5E6D8"/>
            <w:vAlign w:val="center"/>
          </w:tcPr>
          <w:p w14:paraId="4E935E6B" w14:textId="069A7731" w:rsidR="00FA0110" w:rsidRDefault="002E0651" w:rsidP="00FA0110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등록번호/출원번호</w:t>
            </w:r>
          </w:p>
        </w:tc>
        <w:tc>
          <w:tcPr>
            <w:tcW w:w="1242" w:type="dxa"/>
            <w:gridSpan w:val="3"/>
            <w:shd w:val="clear" w:color="auto" w:fill="F5E6D8"/>
            <w:vAlign w:val="center"/>
          </w:tcPr>
          <w:p w14:paraId="076B5534" w14:textId="7C42CC49" w:rsidR="00FA0110" w:rsidRDefault="002E0651" w:rsidP="00FA0110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국내/해외</w:t>
            </w:r>
          </w:p>
        </w:tc>
      </w:tr>
      <w:tr w:rsidR="00FA0110" w14:paraId="165E88D1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75A6C914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A7D0944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1276" w:type="dxa"/>
            <w:gridSpan w:val="6"/>
            <w:vAlign w:val="center"/>
          </w:tcPr>
          <w:p w14:paraId="49D93910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56F18639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1242" w:type="dxa"/>
            <w:gridSpan w:val="3"/>
            <w:vAlign w:val="center"/>
          </w:tcPr>
          <w:p w14:paraId="2D6EFFF8" w14:textId="1A91658D" w:rsidR="00FA0110" w:rsidRDefault="00FA0110" w:rsidP="00FA0110">
            <w:pPr>
              <w:rPr>
                <w:lang w:eastAsia="ko-KR"/>
              </w:rPr>
            </w:pPr>
          </w:p>
        </w:tc>
      </w:tr>
      <w:tr w:rsidR="00FA0110" w14:paraId="0A70F3E1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43B3647C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422C97B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1276" w:type="dxa"/>
            <w:gridSpan w:val="6"/>
            <w:vAlign w:val="center"/>
          </w:tcPr>
          <w:p w14:paraId="559844C1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4E60D051" w14:textId="77777777" w:rsidR="00FA0110" w:rsidRDefault="00FA0110" w:rsidP="00FA0110">
            <w:pPr>
              <w:rPr>
                <w:lang w:eastAsia="ko-KR"/>
              </w:rPr>
            </w:pPr>
          </w:p>
        </w:tc>
        <w:tc>
          <w:tcPr>
            <w:tcW w:w="1242" w:type="dxa"/>
            <w:gridSpan w:val="3"/>
            <w:vAlign w:val="center"/>
          </w:tcPr>
          <w:p w14:paraId="4D928E7B" w14:textId="3BFC0537" w:rsidR="00FA0110" w:rsidRDefault="00FA0110" w:rsidP="00FA0110">
            <w:pPr>
              <w:rPr>
                <w:lang w:eastAsia="ko-KR"/>
              </w:rPr>
            </w:pPr>
          </w:p>
        </w:tc>
      </w:tr>
      <w:tr w:rsidR="00D1288D" w14:paraId="451A14EC" w14:textId="77777777" w:rsidTr="00667506">
        <w:trPr>
          <w:trHeight w:val="400"/>
        </w:trPr>
        <w:tc>
          <w:tcPr>
            <w:tcW w:w="9288" w:type="dxa"/>
            <w:gridSpan w:val="20"/>
          </w:tcPr>
          <w:p w14:paraId="2A48C77F" w14:textId="2A1E0811" w:rsidR="00D1288D" w:rsidRDefault="00D1288D" w:rsidP="00D1288D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  <w:t xml:space="preserve">  ▸ </w:t>
            </w:r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sz w:val="18"/>
                <w:lang w:eastAsia="ko-KR"/>
              </w:rPr>
              <w:t>학회발표</w:t>
            </w:r>
          </w:p>
        </w:tc>
      </w:tr>
      <w:tr w:rsidR="002E0651" w14:paraId="53514B7B" w14:textId="77777777" w:rsidTr="00E146B0">
        <w:trPr>
          <w:trHeight w:val="440"/>
        </w:trPr>
        <w:tc>
          <w:tcPr>
            <w:tcW w:w="4219" w:type="dxa"/>
            <w:gridSpan w:val="5"/>
            <w:shd w:val="clear" w:color="auto" w:fill="F5E6D8"/>
            <w:vAlign w:val="center"/>
          </w:tcPr>
          <w:p w14:paraId="14A18E02" w14:textId="614DBF66" w:rsidR="002E0651" w:rsidRDefault="002E0651" w:rsidP="00D1288D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논문명</w:t>
            </w:r>
          </w:p>
        </w:tc>
        <w:tc>
          <w:tcPr>
            <w:tcW w:w="992" w:type="dxa"/>
            <w:gridSpan w:val="2"/>
            <w:shd w:val="clear" w:color="auto" w:fill="F5E6D8"/>
            <w:vAlign w:val="center"/>
          </w:tcPr>
          <w:p w14:paraId="14D1A843" w14:textId="7A1D2C0A" w:rsidR="002E0651" w:rsidRDefault="002E0651" w:rsidP="00D1288D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저자구분</w:t>
            </w:r>
          </w:p>
        </w:tc>
        <w:tc>
          <w:tcPr>
            <w:tcW w:w="2835" w:type="dxa"/>
            <w:gridSpan w:val="10"/>
            <w:shd w:val="clear" w:color="auto" w:fill="F5E6D8"/>
            <w:vAlign w:val="center"/>
          </w:tcPr>
          <w:p w14:paraId="5D375F38" w14:textId="0233F553" w:rsidR="002E0651" w:rsidRDefault="002E0651" w:rsidP="00D1288D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학회명</w:t>
            </w:r>
          </w:p>
        </w:tc>
        <w:tc>
          <w:tcPr>
            <w:tcW w:w="1242" w:type="dxa"/>
            <w:gridSpan w:val="3"/>
            <w:shd w:val="clear" w:color="auto" w:fill="F5E6D8"/>
            <w:vAlign w:val="center"/>
          </w:tcPr>
          <w:p w14:paraId="4F5D8F5A" w14:textId="6A38B937" w:rsidR="002E0651" w:rsidRDefault="002E0651" w:rsidP="00D1288D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국내/해외</w:t>
            </w:r>
          </w:p>
        </w:tc>
      </w:tr>
      <w:tr w:rsidR="002E0651" w14:paraId="3E64E5C2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70C99B14" w14:textId="77777777" w:rsidR="002E0651" w:rsidRDefault="002E0651" w:rsidP="00D1288D"/>
        </w:tc>
        <w:tc>
          <w:tcPr>
            <w:tcW w:w="992" w:type="dxa"/>
            <w:gridSpan w:val="2"/>
            <w:vAlign w:val="center"/>
          </w:tcPr>
          <w:p w14:paraId="014F2F9A" w14:textId="77777777" w:rsidR="002E0651" w:rsidRDefault="002E0651" w:rsidP="00D1288D"/>
        </w:tc>
        <w:tc>
          <w:tcPr>
            <w:tcW w:w="2835" w:type="dxa"/>
            <w:gridSpan w:val="10"/>
            <w:vAlign w:val="center"/>
          </w:tcPr>
          <w:p w14:paraId="11E174D3" w14:textId="77777777" w:rsidR="002E0651" w:rsidRDefault="002E0651" w:rsidP="00D1288D"/>
        </w:tc>
        <w:tc>
          <w:tcPr>
            <w:tcW w:w="1242" w:type="dxa"/>
            <w:gridSpan w:val="3"/>
            <w:vAlign w:val="center"/>
          </w:tcPr>
          <w:p w14:paraId="54403603" w14:textId="7B0BE1C6" w:rsidR="002E0651" w:rsidRDefault="002E0651" w:rsidP="00D1288D"/>
        </w:tc>
      </w:tr>
      <w:tr w:rsidR="002E0651" w14:paraId="558432CC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3FCF270E" w14:textId="77777777" w:rsidR="002E0651" w:rsidRDefault="002E0651" w:rsidP="00D1288D"/>
        </w:tc>
        <w:tc>
          <w:tcPr>
            <w:tcW w:w="992" w:type="dxa"/>
            <w:gridSpan w:val="2"/>
            <w:vAlign w:val="center"/>
          </w:tcPr>
          <w:p w14:paraId="091A2D4A" w14:textId="77777777" w:rsidR="002E0651" w:rsidRDefault="002E0651" w:rsidP="00D1288D"/>
        </w:tc>
        <w:tc>
          <w:tcPr>
            <w:tcW w:w="2835" w:type="dxa"/>
            <w:gridSpan w:val="10"/>
            <w:vAlign w:val="center"/>
          </w:tcPr>
          <w:p w14:paraId="73E8838E" w14:textId="77777777" w:rsidR="002E0651" w:rsidRDefault="002E0651" w:rsidP="00D1288D"/>
        </w:tc>
        <w:tc>
          <w:tcPr>
            <w:tcW w:w="1242" w:type="dxa"/>
            <w:gridSpan w:val="3"/>
            <w:vAlign w:val="center"/>
          </w:tcPr>
          <w:p w14:paraId="06A3D08C" w14:textId="55B09F9F" w:rsidR="002E0651" w:rsidRDefault="002E0651" w:rsidP="00D1288D"/>
        </w:tc>
      </w:tr>
      <w:tr w:rsidR="00D1288D" w14:paraId="70EC9ACA" w14:textId="77777777" w:rsidTr="00667506">
        <w:trPr>
          <w:trHeight w:val="400"/>
        </w:trPr>
        <w:tc>
          <w:tcPr>
            <w:tcW w:w="9288" w:type="dxa"/>
            <w:gridSpan w:val="20"/>
          </w:tcPr>
          <w:p w14:paraId="09B7F2DC" w14:textId="3B42D5CB" w:rsidR="00D1288D" w:rsidRDefault="00D1288D" w:rsidP="00667506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  <w:t>▸</w:t>
            </w:r>
            <w:r w:rsidR="009E0AD6">
              <w:rPr>
                <w:rFonts w:ascii="Pretendard Variable Medium" w:eastAsia="Pretendard Variable Medium" w:hAnsi="Pretendard Variable Medium" w:hint="eastAsia"/>
                <w:b/>
                <w:color w:val="4A2C0A"/>
                <w:sz w:val="18"/>
                <w:lang w:eastAsia="ko-KR"/>
              </w:rPr>
              <w:t>수상실적</w:t>
            </w:r>
          </w:p>
        </w:tc>
      </w:tr>
      <w:tr w:rsidR="009E0AD6" w14:paraId="6924A3E0" w14:textId="77777777" w:rsidTr="00667506">
        <w:trPr>
          <w:trHeight w:val="400"/>
        </w:trPr>
        <w:tc>
          <w:tcPr>
            <w:tcW w:w="9288" w:type="dxa"/>
            <w:gridSpan w:val="20"/>
          </w:tcPr>
          <w:p w14:paraId="2F6CA303" w14:textId="77777777" w:rsidR="009E0AD6" w:rsidRDefault="009E0AD6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78E55134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2E57D0F4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34B96740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662CF4F1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73525143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1E879FF4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067AB53D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6762291F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  <w:p w14:paraId="3B7DEE1D" w14:textId="77777777" w:rsidR="002E0651" w:rsidRDefault="002E0651" w:rsidP="00667506">
            <w:pP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</w:pPr>
          </w:p>
        </w:tc>
      </w:tr>
      <w:tr w:rsidR="00D1288D" w14:paraId="0862B510" w14:textId="77777777" w:rsidTr="008674E1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13E9B8C9" w14:textId="18C68722" w:rsidR="00D1288D" w:rsidRDefault="00D1288D" w:rsidP="00D1288D"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lang w:eastAsia="ko-KR"/>
              </w:rPr>
              <w:t>5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</w:rPr>
              <w:t>. 경력사항</w:t>
            </w:r>
          </w:p>
        </w:tc>
      </w:tr>
      <w:tr w:rsidR="00D1288D" w14:paraId="178DEA64" w14:textId="77777777" w:rsidTr="00E146B0">
        <w:trPr>
          <w:trHeight w:val="440"/>
        </w:trPr>
        <w:tc>
          <w:tcPr>
            <w:tcW w:w="4219" w:type="dxa"/>
            <w:gridSpan w:val="5"/>
            <w:shd w:val="clear" w:color="auto" w:fill="F5E6D8"/>
            <w:vAlign w:val="center"/>
          </w:tcPr>
          <w:p w14:paraId="4DC8E993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lastRenderedPageBreak/>
              <w:t>회사명 / 근무기간</w:t>
            </w:r>
          </w:p>
        </w:tc>
        <w:tc>
          <w:tcPr>
            <w:tcW w:w="992" w:type="dxa"/>
            <w:gridSpan w:val="2"/>
            <w:shd w:val="clear" w:color="auto" w:fill="F5E6D8"/>
            <w:vAlign w:val="center"/>
          </w:tcPr>
          <w:p w14:paraId="2FB5802C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직위/직급</w:t>
            </w:r>
          </w:p>
        </w:tc>
        <w:tc>
          <w:tcPr>
            <w:tcW w:w="2694" w:type="dxa"/>
            <w:gridSpan w:val="9"/>
            <w:shd w:val="clear" w:color="auto" w:fill="F5E6D8"/>
            <w:vAlign w:val="center"/>
          </w:tcPr>
          <w:p w14:paraId="6102F4AB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담당업무</w:t>
            </w:r>
          </w:p>
        </w:tc>
        <w:tc>
          <w:tcPr>
            <w:tcW w:w="1383" w:type="dxa"/>
            <w:gridSpan w:val="4"/>
            <w:shd w:val="clear" w:color="auto" w:fill="F5E6D8"/>
            <w:vAlign w:val="center"/>
          </w:tcPr>
          <w:p w14:paraId="49713869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퇴직사유</w:t>
            </w:r>
          </w:p>
        </w:tc>
      </w:tr>
      <w:tr w:rsidR="00D1288D" w14:paraId="10A1CBCC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3A65B46D" w14:textId="77777777" w:rsidR="00D1288D" w:rsidRDefault="00D1288D" w:rsidP="00D1288D"/>
        </w:tc>
        <w:tc>
          <w:tcPr>
            <w:tcW w:w="992" w:type="dxa"/>
            <w:gridSpan w:val="2"/>
            <w:vAlign w:val="center"/>
          </w:tcPr>
          <w:p w14:paraId="6AC798FB" w14:textId="77777777" w:rsidR="00D1288D" w:rsidRDefault="00D1288D" w:rsidP="00D1288D"/>
        </w:tc>
        <w:tc>
          <w:tcPr>
            <w:tcW w:w="2694" w:type="dxa"/>
            <w:gridSpan w:val="9"/>
            <w:vAlign w:val="center"/>
          </w:tcPr>
          <w:p w14:paraId="0644B7CB" w14:textId="77777777" w:rsidR="00D1288D" w:rsidRDefault="00D1288D" w:rsidP="00D1288D"/>
        </w:tc>
        <w:tc>
          <w:tcPr>
            <w:tcW w:w="1383" w:type="dxa"/>
            <w:gridSpan w:val="4"/>
            <w:vAlign w:val="center"/>
          </w:tcPr>
          <w:p w14:paraId="154B9BB9" w14:textId="77777777" w:rsidR="00D1288D" w:rsidRDefault="00D1288D" w:rsidP="00D1288D"/>
        </w:tc>
      </w:tr>
      <w:tr w:rsidR="00D1288D" w14:paraId="56BF6AE6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2A13FE71" w14:textId="77777777" w:rsidR="00D1288D" w:rsidRDefault="00D1288D" w:rsidP="00D1288D"/>
        </w:tc>
        <w:tc>
          <w:tcPr>
            <w:tcW w:w="992" w:type="dxa"/>
            <w:gridSpan w:val="2"/>
            <w:vAlign w:val="center"/>
          </w:tcPr>
          <w:p w14:paraId="5C150AC4" w14:textId="77777777" w:rsidR="00D1288D" w:rsidRDefault="00D1288D" w:rsidP="00D1288D"/>
        </w:tc>
        <w:tc>
          <w:tcPr>
            <w:tcW w:w="2694" w:type="dxa"/>
            <w:gridSpan w:val="9"/>
            <w:vAlign w:val="center"/>
          </w:tcPr>
          <w:p w14:paraId="2E4AF99D" w14:textId="77777777" w:rsidR="00D1288D" w:rsidRDefault="00D1288D" w:rsidP="00D1288D"/>
        </w:tc>
        <w:tc>
          <w:tcPr>
            <w:tcW w:w="1383" w:type="dxa"/>
            <w:gridSpan w:val="4"/>
            <w:vAlign w:val="center"/>
          </w:tcPr>
          <w:p w14:paraId="0D56D1E8" w14:textId="77777777" w:rsidR="00D1288D" w:rsidRDefault="00D1288D" w:rsidP="00D1288D"/>
        </w:tc>
      </w:tr>
      <w:tr w:rsidR="00D1288D" w14:paraId="292822F0" w14:textId="77777777" w:rsidTr="00E146B0">
        <w:trPr>
          <w:trHeight w:val="480"/>
        </w:trPr>
        <w:tc>
          <w:tcPr>
            <w:tcW w:w="4219" w:type="dxa"/>
            <w:gridSpan w:val="5"/>
            <w:vAlign w:val="center"/>
          </w:tcPr>
          <w:p w14:paraId="0874ED8C" w14:textId="77777777" w:rsidR="00D1288D" w:rsidRDefault="00D1288D" w:rsidP="00D1288D"/>
        </w:tc>
        <w:tc>
          <w:tcPr>
            <w:tcW w:w="992" w:type="dxa"/>
            <w:gridSpan w:val="2"/>
            <w:vAlign w:val="center"/>
          </w:tcPr>
          <w:p w14:paraId="08C9CE3B" w14:textId="77777777" w:rsidR="00D1288D" w:rsidRDefault="00D1288D" w:rsidP="00D1288D"/>
        </w:tc>
        <w:tc>
          <w:tcPr>
            <w:tcW w:w="2694" w:type="dxa"/>
            <w:gridSpan w:val="9"/>
            <w:vAlign w:val="center"/>
          </w:tcPr>
          <w:p w14:paraId="40F97404" w14:textId="77777777" w:rsidR="00D1288D" w:rsidRDefault="00D1288D" w:rsidP="00D1288D"/>
        </w:tc>
        <w:tc>
          <w:tcPr>
            <w:tcW w:w="1383" w:type="dxa"/>
            <w:gridSpan w:val="4"/>
            <w:vAlign w:val="center"/>
          </w:tcPr>
          <w:p w14:paraId="3CE49B57" w14:textId="77777777" w:rsidR="00D1288D" w:rsidRDefault="00D1288D" w:rsidP="00D1288D"/>
        </w:tc>
      </w:tr>
      <w:tr w:rsidR="00D1288D" w14:paraId="05C0B305" w14:textId="77777777" w:rsidTr="008674E1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03D10BDC" w14:textId="547B473D" w:rsidR="00D1288D" w:rsidRDefault="00D1288D" w:rsidP="00D1288D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lang w:eastAsia="ko-KR"/>
              </w:rPr>
              <w:t>6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  <w:lang w:eastAsia="ko-KR"/>
              </w:rPr>
              <w:t>. 자격·면허 및 어학능력</w:t>
            </w:r>
          </w:p>
        </w:tc>
      </w:tr>
      <w:tr w:rsidR="00D1288D" w14:paraId="41A33663" w14:textId="77777777" w:rsidTr="008674E1">
        <w:trPr>
          <w:trHeight w:val="400"/>
        </w:trPr>
        <w:tc>
          <w:tcPr>
            <w:tcW w:w="9288" w:type="dxa"/>
            <w:gridSpan w:val="20"/>
          </w:tcPr>
          <w:p w14:paraId="4CA06DDB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  <w:t xml:space="preserve">  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</w:rPr>
              <w:t>▸ 자격·면허</w:t>
            </w:r>
          </w:p>
        </w:tc>
      </w:tr>
      <w:tr w:rsidR="00D1288D" w14:paraId="085E4FEF" w14:textId="77777777" w:rsidTr="00543EAF">
        <w:trPr>
          <w:trHeight w:val="440"/>
        </w:trPr>
        <w:tc>
          <w:tcPr>
            <w:tcW w:w="3085" w:type="dxa"/>
            <w:gridSpan w:val="3"/>
            <w:shd w:val="clear" w:color="auto" w:fill="F5E6D8"/>
            <w:vAlign w:val="center"/>
          </w:tcPr>
          <w:p w14:paraId="2D6A46E9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자격증/면허명</w:t>
            </w:r>
          </w:p>
        </w:tc>
        <w:tc>
          <w:tcPr>
            <w:tcW w:w="3119" w:type="dxa"/>
            <w:gridSpan w:val="9"/>
            <w:shd w:val="clear" w:color="auto" w:fill="F5E6D8"/>
            <w:vAlign w:val="center"/>
          </w:tcPr>
          <w:p w14:paraId="612F3567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발급기관</w:t>
            </w:r>
          </w:p>
        </w:tc>
        <w:tc>
          <w:tcPr>
            <w:tcW w:w="1701" w:type="dxa"/>
            <w:gridSpan w:val="4"/>
            <w:shd w:val="clear" w:color="auto" w:fill="F5E6D8"/>
            <w:vAlign w:val="center"/>
          </w:tcPr>
          <w:p w14:paraId="6B20ABAC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취득일</w:t>
            </w:r>
          </w:p>
        </w:tc>
        <w:tc>
          <w:tcPr>
            <w:tcW w:w="1383" w:type="dxa"/>
            <w:gridSpan w:val="4"/>
            <w:shd w:val="clear" w:color="auto" w:fill="F5E6D8"/>
            <w:vAlign w:val="center"/>
          </w:tcPr>
          <w:p w14:paraId="5F66DDF8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비고</w:t>
            </w:r>
          </w:p>
        </w:tc>
      </w:tr>
      <w:tr w:rsidR="00D1288D" w14:paraId="26952687" w14:textId="77777777" w:rsidTr="00543EAF">
        <w:trPr>
          <w:trHeight w:val="480"/>
        </w:trPr>
        <w:tc>
          <w:tcPr>
            <w:tcW w:w="3085" w:type="dxa"/>
            <w:gridSpan w:val="3"/>
            <w:vAlign w:val="center"/>
          </w:tcPr>
          <w:p w14:paraId="252D3953" w14:textId="77777777" w:rsidR="00D1288D" w:rsidRDefault="00D1288D" w:rsidP="00D1288D"/>
        </w:tc>
        <w:tc>
          <w:tcPr>
            <w:tcW w:w="3119" w:type="dxa"/>
            <w:gridSpan w:val="9"/>
            <w:vAlign w:val="center"/>
          </w:tcPr>
          <w:p w14:paraId="52FCF327" w14:textId="77777777" w:rsidR="00D1288D" w:rsidRDefault="00D1288D" w:rsidP="00D1288D"/>
        </w:tc>
        <w:tc>
          <w:tcPr>
            <w:tcW w:w="1701" w:type="dxa"/>
            <w:gridSpan w:val="4"/>
            <w:vAlign w:val="center"/>
          </w:tcPr>
          <w:p w14:paraId="4D08FC61" w14:textId="77777777" w:rsidR="00D1288D" w:rsidRDefault="00D1288D" w:rsidP="00D1288D"/>
        </w:tc>
        <w:tc>
          <w:tcPr>
            <w:tcW w:w="1383" w:type="dxa"/>
            <w:gridSpan w:val="4"/>
            <w:vAlign w:val="center"/>
          </w:tcPr>
          <w:p w14:paraId="6CC6ED94" w14:textId="77777777" w:rsidR="00D1288D" w:rsidRDefault="00D1288D" w:rsidP="00D1288D"/>
        </w:tc>
      </w:tr>
      <w:tr w:rsidR="00D1288D" w14:paraId="02874CDA" w14:textId="77777777" w:rsidTr="00543EAF">
        <w:trPr>
          <w:trHeight w:val="480"/>
        </w:trPr>
        <w:tc>
          <w:tcPr>
            <w:tcW w:w="3085" w:type="dxa"/>
            <w:gridSpan w:val="3"/>
            <w:vAlign w:val="center"/>
          </w:tcPr>
          <w:p w14:paraId="42F3C1EA" w14:textId="77777777" w:rsidR="00D1288D" w:rsidRDefault="00D1288D" w:rsidP="00D1288D"/>
        </w:tc>
        <w:tc>
          <w:tcPr>
            <w:tcW w:w="3119" w:type="dxa"/>
            <w:gridSpan w:val="9"/>
            <w:vAlign w:val="center"/>
          </w:tcPr>
          <w:p w14:paraId="1C6302AE" w14:textId="77777777" w:rsidR="00D1288D" w:rsidRDefault="00D1288D" w:rsidP="00D1288D"/>
        </w:tc>
        <w:tc>
          <w:tcPr>
            <w:tcW w:w="1701" w:type="dxa"/>
            <w:gridSpan w:val="4"/>
            <w:vAlign w:val="center"/>
          </w:tcPr>
          <w:p w14:paraId="1D6A8A6E" w14:textId="77777777" w:rsidR="00D1288D" w:rsidRDefault="00D1288D" w:rsidP="00D1288D"/>
        </w:tc>
        <w:tc>
          <w:tcPr>
            <w:tcW w:w="1383" w:type="dxa"/>
            <w:gridSpan w:val="4"/>
            <w:vAlign w:val="center"/>
          </w:tcPr>
          <w:p w14:paraId="1B4D60CD" w14:textId="77777777" w:rsidR="00D1288D" w:rsidRDefault="00D1288D" w:rsidP="00D1288D"/>
        </w:tc>
      </w:tr>
      <w:tr w:rsidR="00D1288D" w14:paraId="49BB8C5B" w14:textId="77777777" w:rsidTr="008674E1">
        <w:trPr>
          <w:trHeight w:val="400"/>
        </w:trPr>
        <w:tc>
          <w:tcPr>
            <w:tcW w:w="9288" w:type="dxa"/>
            <w:gridSpan w:val="20"/>
          </w:tcPr>
          <w:p w14:paraId="1B9BF966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</w:rPr>
              <w:t xml:space="preserve">  ▸ 어학능력</w:t>
            </w:r>
          </w:p>
        </w:tc>
      </w:tr>
      <w:tr w:rsidR="00D1288D" w14:paraId="2B97C6B3" w14:textId="77777777" w:rsidTr="003D17BE">
        <w:trPr>
          <w:trHeight w:val="440"/>
        </w:trPr>
        <w:tc>
          <w:tcPr>
            <w:tcW w:w="1668" w:type="dxa"/>
            <w:shd w:val="clear" w:color="auto" w:fill="F5E6D8"/>
            <w:vAlign w:val="center"/>
          </w:tcPr>
          <w:p w14:paraId="3B0468C8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언어</w:t>
            </w:r>
          </w:p>
        </w:tc>
        <w:tc>
          <w:tcPr>
            <w:tcW w:w="2268" w:type="dxa"/>
            <w:gridSpan w:val="3"/>
            <w:shd w:val="clear" w:color="auto" w:fill="F5E6D8"/>
            <w:vAlign w:val="center"/>
          </w:tcPr>
          <w:p w14:paraId="3334A5D0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시험명</w:t>
            </w:r>
          </w:p>
        </w:tc>
        <w:tc>
          <w:tcPr>
            <w:tcW w:w="1842" w:type="dxa"/>
            <w:gridSpan w:val="6"/>
            <w:shd w:val="clear" w:color="auto" w:fill="F5E6D8"/>
            <w:vAlign w:val="center"/>
          </w:tcPr>
          <w:p w14:paraId="05C9D849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점수/등급</w:t>
            </w:r>
          </w:p>
        </w:tc>
        <w:tc>
          <w:tcPr>
            <w:tcW w:w="3510" w:type="dxa"/>
            <w:gridSpan w:val="10"/>
            <w:shd w:val="clear" w:color="auto" w:fill="F5E6D8"/>
            <w:vAlign w:val="center"/>
          </w:tcPr>
          <w:p w14:paraId="2B7B1315" w14:textId="799B568E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회화</w:t>
            </w:r>
            <w:r w:rsidR="00543EAF"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/작문</w:t>
            </w: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 xml:space="preserve"> 수준</w:t>
            </w:r>
          </w:p>
        </w:tc>
      </w:tr>
      <w:tr w:rsidR="00D1288D" w14:paraId="68B40BA8" w14:textId="77777777" w:rsidTr="003D17BE">
        <w:trPr>
          <w:trHeight w:val="480"/>
        </w:trPr>
        <w:tc>
          <w:tcPr>
            <w:tcW w:w="1668" w:type="dxa"/>
            <w:vAlign w:val="center"/>
          </w:tcPr>
          <w:p w14:paraId="78AE9219" w14:textId="77777777" w:rsidR="00D1288D" w:rsidRDefault="00D1288D" w:rsidP="00D1288D"/>
        </w:tc>
        <w:tc>
          <w:tcPr>
            <w:tcW w:w="2268" w:type="dxa"/>
            <w:gridSpan w:val="3"/>
            <w:vAlign w:val="center"/>
          </w:tcPr>
          <w:p w14:paraId="5C27B773" w14:textId="77777777" w:rsidR="00D1288D" w:rsidRDefault="00D1288D" w:rsidP="00D1288D"/>
        </w:tc>
        <w:tc>
          <w:tcPr>
            <w:tcW w:w="1842" w:type="dxa"/>
            <w:gridSpan w:val="6"/>
            <w:vAlign w:val="center"/>
          </w:tcPr>
          <w:p w14:paraId="7AB5A60B" w14:textId="77777777" w:rsidR="00D1288D" w:rsidRDefault="00D1288D" w:rsidP="00D1288D"/>
        </w:tc>
        <w:tc>
          <w:tcPr>
            <w:tcW w:w="3510" w:type="dxa"/>
            <w:gridSpan w:val="10"/>
            <w:vAlign w:val="center"/>
          </w:tcPr>
          <w:p w14:paraId="25AFEA16" w14:textId="2C60E5A5" w:rsidR="00D1288D" w:rsidRDefault="00543EAF" w:rsidP="00543EAF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sz w:val="18"/>
                <w:lang w:eastAsia="ko-KR"/>
              </w:rPr>
              <w:t>회화</w:t>
            </w: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 xml:space="preserve"> (상 / 중 / 하) 작문 (상 / 중 / 하)</w:t>
            </w:r>
          </w:p>
        </w:tc>
      </w:tr>
      <w:tr w:rsidR="00D1288D" w14:paraId="6AF8FC5F" w14:textId="77777777" w:rsidTr="003D17BE">
        <w:trPr>
          <w:trHeight w:val="480"/>
        </w:trPr>
        <w:tc>
          <w:tcPr>
            <w:tcW w:w="1668" w:type="dxa"/>
            <w:vAlign w:val="center"/>
          </w:tcPr>
          <w:p w14:paraId="5E3018AD" w14:textId="77777777" w:rsidR="00D1288D" w:rsidRDefault="00D1288D" w:rsidP="00D1288D">
            <w:pPr>
              <w:rPr>
                <w:lang w:eastAsia="ko-KR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762F8D38" w14:textId="77777777" w:rsidR="00D1288D" w:rsidRDefault="00D1288D" w:rsidP="00D1288D">
            <w:pPr>
              <w:rPr>
                <w:lang w:eastAsia="ko-KR"/>
              </w:rPr>
            </w:pPr>
          </w:p>
        </w:tc>
        <w:tc>
          <w:tcPr>
            <w:tcW w:w="1842" w:type="dxa"/>
            <w:gridSpan w:val="6"/>
            <w:vAlign w:val="center"/>
          </w:tcPr>
          <w:p w14:paraId="19499E86" w14:textId="77777777" w:rsidR="00D1288D" w:rsidRDefault="00D1288D" w:rsidP="00D1288D">
            <w:pPr>
              <w:rPr>
                <w:lang w:eastAsia="ko-KR"/>
              </w:rPr>
            </w:pPr>
          </w:p>
        </w:tc>
        <w:tc>
          <w:tcPr>
            <w:tcW w:w="3510" w:type="dxa"/>
            <w:gridSpan w:val="10"/>
            <w:vAlign w:val="center"/>
          </w:tcPr>
          <w:p w14:paraId="385333DA" w14:textId="3733C18F" w:rsidR="00D1288D" w:rsidRDefault="00543EAF" w:rsidP="00543EAF">
            <w:pPr>
              <w:jc w:val="center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sz w:val="18"/>
                <w:lang w:eastAsia="ko-KR"/>
              </w:rPr>
              <w:t>회화</w:t>
            </w: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 xml:space="preserve"> (상 / 중 / 하) 작문 (상 / 중 / 하)</w:t>
            </w:r>
          </w:p>
        </w:tc>
      </w:tr>
      <w:tr w:rsidR="00D1288D" w14:paraId="517C31DE" w14:textId="77777777" w:rsidTr="008674E1">
        <w:trPr>
          <w:trHeight w:val="400"/>
        </w:trPr>
        <w:tc>
          <w:tcPr>
            <w:tcW w:w="9288" w:type="dxa"/>
            <w:gridSpan w:val="20"/>
          </w:tcPr>
          <w:p w14:paraId="6CF6C1F8" w14:textId="77777777" w:rsidR="00D1288D" w:rsidRDefault="00D1288D" w:rsidP="00D1288D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b/>
                <w:color w:val="4A2C0A"/>
                <w:sz w:val="18"/>
                <w:lang w:eastAsia="ko-KR"/>
              </w:rPr>
              <w:t xml:space="preserve">  ▸ 해외 경험 (해외 근무, 유학, 연수 등)</w:t>
            </w:r>
          </w:p>
        </w:tc>
      </w:tr>
      <w:tr w:rsidR="00D1288D" w14:paraId="77CFDE7D" w14:textId="77777777" w:rsidTr="003D17BE">
        <w:trPr>
          <w:trHeight w:val="440"/>
        </w:trPr>
        <w:tc>
          <w:tcPr>
            <w:tcW w:w="1668" w:type="dxa"/>
            <w:shd w:val="clear" w:color="auto" w:fill="F5E6D8"/>
            <w:vAlign w:val="center"/>
          </w:tcPr>
          <w:p w14:paraId="2491E558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국가</w:t>
            </w:r>
          </w:p>
        </w:tc>
        <w:tc>
          <w:tcPr>
            <w:tcW w:w="2268" w:type="dxa"/>
            <w:gridSpan w:val="3"/>
            <w:shd w:val="clear" w:color="auto" w:fill="F5E6D8"/>
            <w:vAlign w:val="center"/>
          </w:tcPr>
          <w:p w14:paraId="0C1836B1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기간</w:t>
            </w:r>
          </w:p>
        </w:tc>
        <w:tc>
          <w:tcPr>
            <w:tcW w:w="1842" w:type="dxa"/>
            <w:gridSpan w:val="6"/>
            <w:shd w:val="clear" w:color="auto" w:fill="F5E6D8"/>
            <w:vAlign w:val="center"/>
          </w:tcPr>
          <w:p w14:paraId="17F6CFFD" w14:textId="77777777" w:rsidR="00D1288D" w:rsidRDefault="00D1288D" w:rsidP="00D1288D">
            <w:pPr>
              <w:jc w:val="center"/>
            </w:pPr>
            <w:r>
              <w:rPr>
                <w:rFonts w:ascii="Pretendard Variable Medium" w:eastAsia="Pretendard Variable Medium" w:hAnsi="Pretendard Variable Medium"/>
                <w:b/>
                <w:sz w:val="18"/>
              </w:rPr>
              <w:t>구분 (근무/유학/연수)</w:t>
            </w:r>
          </w:p>
        </w:tc>
        <w:tc>
          <w:tcPr>
            <w:tcW w:w="3510" w:type="dxa"/>
            <w:gridSpan w:val="10"/>
            <w:shd w:val="clear" w:color="auto" w:fill="F5E6D8"/>
            <w:vAlign w:val="center"/>
          </w:tcPr>
          <w:p w14:paraId="7295CC69" w14:textId="0E331C8C" w:rsidR="00D1288D" w:rsidRDefault="00DB2393" w:rsidP="00D1288D">
            <w:pPr>
              <w:jc w:val="center"/>
            </w:pPr>
            <w:r>
              <w:rPr>
                <w:rFonts w:ascii="Pretendard Variable Medium" w:eastAsia="Pretendard Variable Medium" w:hAnsi="Pretendard Variable Medium" w:hint="eastAsia"/>
                <w:b/>
                <w:sz w:val="18"/>
                <w:lang w:eastAsia="ko-KR"/>
              </w:rPr>
              <w:t>세부</w:t>
            </w:r>
            <w:r w:rsidR="00D1288D">
              <w:rPr>
                <w:rFonts w:ascii="Pretendard Variable Medium" w:eastAsia="Pretendard Variable Medium" w:hAnsi="Pretendard Variable Medium"/>
                <w:b/>
                <w:sz w:val="18"/>
              </w:rPr>
              <w:t>내용</w:t>
            </w:r>
          </w:p>
        </w:tc>
      </w:tr>
      <w:tr w:rsidR="00D1288D" w14:paraId="3A1B9B31" w14:textId="77777777" w:rsidTr="003D17BE">
        <w:trPr>
          <w:trHeight w:val="480"/>
        </w:trPr>
        <w:tc>
          <w:tcPr>
            <w:tcW w:w="1668" w:type="dxa"/>
            <w:vAlign w:val="center"/>
          </w:tcPr>
          <w:p w14:paraId="7C975579" w14:textId="77777777" w:rsidR="00D1288D" w:rsidRDefault="00D1288D" w:rsidP="00D1288D"/>
        </w:tc>
        <w:tc>
          <w:tcPr>
            <w:tcW w:w="2268" w:type="dxa"/>
            <w:gridSpan w:val="3"/>
            <w:vAlign w:val="center"/>
          </w:tcPr>
          <w:p w14:paraId="54B6EABB" w14:textId="77777777" w:rsidR="00D1288D" w:rsidRDefault="00D1288D" w:rsidP="00D1288D"/>
        </w:tc>
        <w:tc>
          <w:tcPr>
            <w:tcW w:w="1842" w:type="dxa"/>
            <w:gridSpan w:val="6"/>
            <w:vAlign w:val="center"/>
          </w:tcPr>
          <w:p w14:paraId="0857F7CE" w14:textId="77777777" w:rsidR="00D1288D" w:rsidRDefault="00D1288D" w:rsidP="00D1288D"/>
        </w:tc>
        <w:tc>
          <w:tcPr>
            <w:tcW w:w="3510" w:type="dxa"/>
            <w:gridSpan w:val="10"/>
            <w:vAlign w:val="center"/>
          </w:tcPr>
          <w:p w14:paraId="31CA5495" w14:textId="77777777" w:rsidR="00D1288D" w:rsidRDefault="00D1288D" w:rsidP="00D1288D"/>
        </w:tc>
      </w:tr>
      <w:tr w:rsidR="00D1288D" w14:paraId="74D2640A" w14:textId="77777777" w:rsidTr="003D17BE">
        <w:trPr>
          <w:trHeight w:val="480"/>
        </w:trPr>
        <w:tc>
          <w:tcPr>
            <w:tcW w:w="1668" w:type="dxa"/>
            <w:vAlign w:val="center"/>
          </w:tcPr>
          <w:p w14:paraId="501D7014" w14:textId="77777777" w:rsidR="00D1288D" w:rsidRDefault="00D1288D" w:rsidP="00D1288D"/>
        </w:tc>
        <w:tc>
          <w:tcPr>
            <w:tcW w:w="2268" w:type="dxa"/>
            <w:gridSpan w:val="3"/>
            <w:vAlign w:val="center"/>
          </w:tcPr>
          <w:p w14:paraId="1461A1D5" w14:textId="77777777" w:rsidR="00D1288D" w:rsidRDefault="00D1288D" w:rsidP="00D1288D"/>
        </w:tc>
        <w:tc>
          <w:tcPr>
            <w:tcW w:w="1842" w:type="dxa"/>
            <w:gridSpan w:val="6"/>
            <w:vAlign w:val="center"/>
          </w:tcPr>
          <w:p w14:paraId="008A37CF" w14:textId="77777777" w:rsidR="00D1288D" w:rsidRDefault="00D1288D" w:rsidP="00D1288D"/>
        </w:tc>
        <w:tc>
          <w:tcPr>
            <w:tcW w:w="3510" w:type="dxa"/>
            <w:gridSpan w:val="10"/>
            <w:vAlign w:val="center"/>
          </w:tcPr>
          <w:p w14:paraId="518BA1FE" w14:textId="77777777" w:rsidR="00D1288D" w:rsidRDefault="00D1288D" w:rsidP="00D1288D"/>
        </w:tc>
      </w:tr>
      <w:tr w:rsidR="00D1288D" w14:paraId="3D3BC27D" w14:textId="77777777" w:rsidTr="008674E1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4654C5F9" w14:textId="05E5A2D5" w:rsidR="00D1288D" w:rsidRDefault="00D1288D" w:rsidP="00D1288D"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lang w:eastAsia="ko-KR"/>
              </w:rPr>
              <w:t>7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</w:rPr>
              <w:t>. 병역사항</w:t>
            </w:r>
          </w:p>
        </w:tc>
      </w:tr>
      <w:tr w:rsidR="00D1288D" w14:paraId="2B354162" w14:textId="77777777" w:rsidTr="00DB2393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38A117DE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병역 구분</w:t>
            </w:r>
          </w:p>
        </w:tc>
        <w:tc>
          <w:tcPr>
            <w:tcW w:w="2976" w:type="dxa"/>
            <w:gridSpan w:val="5"/>
            <w:vAlign w:val="center"/>
          </w:tcPr>
          <w:p w14:paraId="171D6D0D" w14:textId="1A43C4C5" w:rsidR="00D1288D" w:rsidRDefault="00D1288D" w:rsidP="00DB2393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>□ 필  □ 미필  □ 면제  □ 해당없음</w:t>
            </w:r>
          </w:p>
        </w:tc>
        <w:tc>
          <w:tcPr>
            <w:tcW w:w="1418" w:type="dxa"/>
            <w:gridSpan w:val="5"/>
            <w:shd w:val="clear" w:color="auto" w:fill="F5E6D8"/>
            <w:vAlign w:val="center"/>
          </w:tcPr>
          <w:p w14:paraId="5EED578C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군별 / 계급</w:t>
            </w:r>
          </w:p>
        </w:tc>
        <w:tc>
          <w:tcPr>
            <w:tcW w:w="3226" w:type="dxa"/>
            <w:gridSpan w:val="9"/>
            <w:vAlign w:val="center"/>
          </w:tcPr>
          <w:p w14:paraId="52448F2B" w14:textId="77777777" w:rsidR="00D1288D" w:rsidRDefault="00D1288D" w:rsidP="00D1288D"/>
        </w:tc>
      </w:tr>
      <w:tr w:rsidR="00D1288D" w14:paraId="694DA199" w14:textId="77777777" w:rsidTr="00DB2393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351A217F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복무기간</w:t>
            </w:r>
          </w:p>
        </w:tc>
        <w:tc>
          <w:tcPr>
            <w:tcW w:w="2976" w:type="dxa"/>
            <w:gridSpan w:val="5"/>
            <w:vAlign w:val="center"/>
          </w:tcPr>
          <w:p w14:paraId="4683D742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sz w:val="20"/>
              </w:rPr>
              <w:t xml:space="preserve">        년    월 ~        년    월</w:t>
            </w:r>
          </w:p>
        </w:tc>
        <w:tc>
          <w:tcPr>
            <w:tcW w:w="1418" w:type="dxa"/>
            <w:gridSpan w:val="5"/>
            <w:shd w:val="clear" w:color="auto" w:fill="F5E6D8"/>
            <w:vAlign w:val="center"/>
          </w:tcPr>
          <w:p w14:paraId="4AE5DBD0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면제사유</w:t>
            </w:r>
          </w:p>
        </w:tc>
        <w:tc>
          <w:tcPr>
            <w:tcW w:w="3226" w:type="dxa"/>
            <w:gridSpan w:val="9"/>
            <w:vAlign w:val="center"/>
          </w:tcPr>
          <w:p w14:paraId="6F2E966C" w14:textId="77777777" w:rsidR="00D1288D" w:rsidRDefault="00D1288D" w:rsidP="00D1288D"/>
        </w:tc>
      </w:tr>
      <w:tr w:rsidR="00D1288D" w14:paraId="63FAEEF5" w14:textId="77777777" w:rsidTr="008674E1">
        <w:trPr>
          <w:trHeight w:val="560"/>
        </w:trPr>
        <w:tc>
          <w:tcPr>
            <w:tcW w:w="9288" w:type="dxa"/>
            <w:gridSpan w:val="20"/>
            <w:shd w:val="clear" w:color="auto" w:fill="F5E6D8"/>
            <w:vAlign w:val="center"/>
          </w:tcPr>
          <w:p w14:paraId="623D47DE" w14:textId="223BB58B" w:rsidR="00D1288D" w:rsidRDefault="00D1288D" w:rsidP="00D1288D">
            <w:r>
              <w:rPr>
                <w:rFonts w:ascii="Pretendard Variable Medium" w:eastAsia="Pretendard Variable Medium" w:hAnsi="Pretendard Variable Medium" w:hint="eastAsia"/>
                <w:b/>
                <w:color w:val="4A2C0A"/>
                <w:lang w:eastAsia="ko-KR"/>
              </w:rPr>
              <w:t>8</w:t>
            </w:r>
            <w:r>
              <w:rPr>
                <w:rFonts w:ascii="Pretendard Variable Medium" w:eastAsia="Pretendard Variable Medium" w:hAnsi="Pretendard Variable Medium"/>
                <w:b/>
                <w:color w:val="4A2C0A"/>
              </w:rPr>
              <w:t>. 보훈·장애 우대</w:t>
            </w:r>
          </w:p>
        </w:tc>
      </w:tr>
      <w:tr w:rsidR="00D1288D" w14:paraId="453CFDE6" w14:textId="77777777" w:rsidTr="00DB2393">
        <w:trPr>
          <w:trHeight w:val="520"/>
        </w:trPr>
        <w:tc>
          <w:tcPr>
            <w:tcW w:w="1668" w:type="dxa"/>
            <w:shd w:val="clear" w:color="auto" w:fill="F5E6D8"/>
            <w:vAlign w:val="center"/>
          </w:tcPr>
          <w:p w14:paraId="2CAE08A5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보훈대상자</w:t>
            </w:r>
          </w:p>
        </w:tc>
        <w:tc>
          <w:tcPr>
            <w:tcW w:w="2976" w:type="dxa"/>
            <w:gridSpan w:val="5"/>
            <w:vAlign w:val="center"/>
          </w:tcPr>
          <w:p w14:paraId="415D2ACD" w14:textId="77777777" w:rsidR="00356F53" w:rsidRDefault="00D1288D" w:rsidP="00D1288D">
            <w:pP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 xml:space="preserve">□ 해당  □ 비해당    </w:t>
            </w:r>
          </w:p>
          <w:p w14:paraId="2B8E5B0A" w14:textId="60D75ED0" w:rsidR="00D1288D" w:rsidRDefault="00D1288D" w:rsidP="00D1288D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>보훈번호:</w:t>
            </w:r>
          </w:p>
        </w:tc>
        <w:tc>
          <w:tcPr>
            <w:tcW w:w="1418" w:type="dxa"/>
            <w:gridSpan w:val="5"/>
            <w:shd w:val="clear" w:color="auto" w:fill="F5E6D8"/>
            <w:vAlign w:val="center"/>
          </w:tcPr>
          <w:p w14:paraId="0F4751D9" w14:textId="77777777" w:rsidR="00D1288D" w:rsidRDefault="00D1288D" w:rsidP="00D1288D">
            <w:r>
              <w:rPr>
                <w:rFonts w:ascii="Pretendard Variable Medium" w:eastAsia="Pretendard Variable Medium" w:hAnsi="Pretendard Variable Medium"/>
                <w:b/>
                <w:sz w:val="20"/>
              </w:rPr>
              <w:t>장애인 등록</w:t>
            </w:r>
          </w:p>
        </w:tc>
        <w:tc>
          <w:tcPr>
            <w:tcW w:w="3226" w:type="dxa"/>
            <w:gridSpan w:val="9"/>
            <w:vAlign w:val="center"/>
          </w:tcPr>
          <w:p w14:paraId="75DB36EF" w14:textId="77777777" w:rsidR="00356F53" w:rsidRDefault="00D1288D" w:rsidP="00DB2393">
            <w:pP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>□ 해당  □ 비해당</w:t>
            </w:r>
          </w:p>
          <w:p w14:paraId="3E1BA2B0" w14:textId="75D754A6" w:rsidR="00D1288D" w:rsidRDefault="00356F53" w:rsidP="00DB2393">
            <w:pPr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 w:hint="eastAsia"/>
                <w:sz w:val="20"/>
                <w:lang w:eastAsia="ko-KR"/>
              </w:rPr>
              <w:t xml:space="preserve"> </w:t>
            </w:r>
            <w:r w:rsidR="00D1288D"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>장애유형/등급</w:t>
            </w:r>
            <w:r>
              <w:rPr>
                <w:rFonts w:ascii="Pretendard Variable Medium" w:eastAsia="Pretendard Variable Medium" w:hAnsi="Pretendard Variable Medium" w:hint="eastAsia"/>
                <w:sz w:val="20"/>
                <w:lang w:eastAsia="ko-KR"/>
              </w:rPr>
              <w:t xml:space="preserve"> </w:t>
            </w:r>
            <w:r w:rsidR="00D1288D">
              <w:rPr>
                <w:rFonts w:ascii="Pretendard Variable Medium" w:eastAsia="Pretendard Variable Medium" w:hAnsi="Pretendard Variable Medium"/>
                <w:sz w:val="20"/>
                <w:lang w:eastAsia="ko-KR"/>
              </w:rPr>
              <w:t>:</w:t>
            </w:r>
          </w:p>
        </w:tc>
      </w:tr>
      <w:tr w:rsidR="00D1288D" w14:paraId="268B370C" w14:textId="77777777" w:rsidTr="008674E1">
        <w:trPr>
          <w:trHeight w:val="360"/>
        </w:trPr>
        <w:tc>
          <w:tcPr>
            <w:tcW w:w="9288" w:type="dxa"/>
            <w:gridSpan w:val="20"/>
          </w:tcPr>
          <w:p w14:paraId="4FE530BA" w14:textId="77777777" w:rsidR="00D1288D" w:rsidRDefault="00D1288D" w:rsidP="00D1288D">
            <w:pPr>
              <w:jc w:val="right"/>
              <w:rPr>
                <w:lang w:eastAsia="ko-KR"/>
              </w:rPr>
            </w:pPr>
            <w:r>
              <w:rPr>
                <w:rFonts w:ascii="Pretendard Variable Medium" w:eastAsia="Pretendard Variable Medium" w:hAnsi="Pretendard Variable Medium"/>
                <w:color w:val="666666"/>
                <w:sz w:val="16"/>
                <w:lang w:eastAsia="ko-KR"/>
              </w:rPr>
              <w:t xml:space="preserve">  * 국가보훈대상자 및 장애인은 관련 법령에 의거하여 우대합니다.</w:t>
            </w:r>
          </w:p>
        </w:tc>
      </w:tr>
    </w:tbl>
    <w:p w14:paraId="134695A8" w14:textId="77777777" w:rsidR="000B372B" w:rsidRDefault="004F6F8E">
      <w:pPr>
        <w:rPr>
          <w:lang w:eastAsia="ko-KR"/>
        </w:rPr>
      </w:pPr>
      <w:r>
        <w:rPr>
          <w:lang w:eastAsia="ko-KR"/>
        </w:rPr>
        <w:br w:type="page"/>
      </w:r>
    </w:p>
    <w:p w14:paraId="2F10DD6B" w14:textId="6B7751DA" w:rsidR="00B44386" w:rsidRDefault="00C7792F">
      <w:pPr>
        <w:spacing w:before="120" w:after="200"/>
      </w:pPr>
      <w:r>
        <w:rPr>
          <w:rFonts w:ascii="Pretendard Variable Medium" w:eastAsia="Pretendard Variable Medium" w:hAnsi="Pretendard Variable Medium" w:hint="eastAsia"/>
          <w:b/>
          <w:color w:val="4A2C0A"/>
          <w:sz w:val="28"/>
          <w:lang w:eastAsia="ko-KR"/>
        </w:rPr>
        <w:lastRenderedPageBreak/>
        <w:t>9</w:t>
      </w:r>
      <w:r w:rsidR="004F6F8E">
        <w:rPr>
          <w:rFonts w:ascii="Pretendard Variable Medium" w:eastAsia="Pretendard Variable Medium" w:hAnsi="Pretendard Variable Medium"/>
          <w:b/>
          <w:color w:val="4A2C0A"/>
          <w:sz w:val="28"/>
        </w:rPr>
        <w:t>. 자기소개서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72"/>
      </w:tblGrid>
      <w:tr w:rsidR="00B44386" w14:paraId="05937995" w14:textId="77777777">
        <w:trPr>
          <w:trHeight w:val="480"/>
        </w:trPr>
        <w:tc>
          <w:tcPr>
            <w:tcW w:w="9072" w:type="dxa"/>
            <w:shd w:val="clear" w:color="auto" w:fill="F5E6D8"/>
          </w:tcPr>
          <w:p w14:paraId="350B178E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color w:val="4A2C0A"/>
                <w:sz w:val="20"/>
              </w:rPr>
              <w:t>Q1. 지원동기</w:t>
            </w:r>
          </w:p>
        </w:tc>
      </w:tr>
      <w:tr w:rsidR="00B44386" w14:paraId="5401A909" w14:textId="77777777">
        <w:trPr>
          <w:trHeight w:val="5600"/>
        </w:trPr>
        <w:tc>
          <w:tcPr>
            <w:tcW w:w="9072" w:type="dxa"/>
          </w:tcPr>
          <w:p w14:paraId="05ABF830" w14:textId="77777777" w:rsidR="00B44386" w:rsidRDefault="004F6F8E">
            <w:r>
              <w:rPr>
                <w:rFonts w:ascii="Pretendard Variable Medium" w:eastAsia="Pretendard Variable Medium" w:hAnsi="Pretendard Variable Medium"/>
                <w:color w:val="999999"/>
                <w:sz w:val="16"/>
                <w:lang w:eastAsia="ko-KR"/>
              </w:rPr>
              <w:t xml:space="preserve">나노에이치투오에 지원하게 된 동기와 해당 직무를 선택한 이유를 기술해 주세요. </w:t>
            </w:r>
            <w:r>
              <w:rPr>
                <w:rFonts w:ascii="Pretendard Variable Medium" w:eastAsia="Pretendard Variable Medium" w:hAnsi="Pretendard Variable Medium"/>
                <w:color w:val="999999"/>
                <w:sz w:val="16"/>
              </w:rPr>
              <w:t>(400~600자)</w:t>
            </w:r>
          </w:p>
          <w:p w14:paraId="315CFF9D" w14:textId="77777777" w:rsidR="00B44386" w:rsidRDefault="00B44386"/>
          <w:p w14:paraId="57C6EA06" w14:textId="77777777" w:rsidR="00B44386" w:rsidRDefault="00B44386"/>
          <w:p w14:paraId="050CC6AB" w14:textId="77777777" w:rsidR="00B44386" w:rsidRDefault="00B44386"/>
          <w:p w14:paraId="562E4378" w14:textId="77777777" w:rsidR="00B44386" w:rsidRDefault="00B44386"/>
          <w:p w14:paraId="47DF3905" w14:textId="77777777" w:rsidR="00B44386" w:rsidRDefault="00B44386"/>
          <w:p w14:paraId="599B5A45" w14:textId="77777777" w:rsidR="00B44386" w:rsidRDefault="00B44386"/>
          <w:p w14:paraId="37E2E0A9" w14:textId="77777777" w:rsidR="00B44386" w:rsidRDefault="00B44386">
            <w:pPr>
              <w:rPr>
                <w:lang w:eastAsia="ko-KR"/>
              </w:rPr>
            </w:pPr>
          </w:p>
          <w:p w14:paraId="07B59DF5" w14:textId="77777777" w:rsidR="0002738F" w:rsidRDefault="0002738F">
            <w:pPr>
              <w:rPr>
                <w:lang w:eastAsia="ko-KR"/>
              </w:rPr>
            </w:pPr>
          </w:p>
          <w:p w14:paraId="17B782B4" w14:textId="77777777" w:rsidR="0002738F" w:rsidRDefault="0002738F">
            <w:pPr>
              <w:rPr>
                <w:lang w:eastAsia="ko-KR"/>
              </w:rPr>
            </w:pPr>
          </w:p>
          <w:p w14:paraId="74E0DC4D" w14:textId="77777777" w:rsidR="0002738F" w:rsidRDefault="0002738F">
            <w:pPr>
              <w:rPr>
                <w:lang w:eastAsia="ko-KR"/>
              </w:rPr>
            </w:pPr>
          </w:p>
          <w:p w14:paraId="7E959A94" w14:textId="77777777" w:rsidR="0002738F" w:rsidRDefault="0002738F">
            <w:pPr>
              <w:rPr>
                <w:lang w:eastAsia="ko-KR"/>
              </w:rPr>
            </w:pPr>
          </w:p>
          <w:p w14:paraId="6C873690" w14:textId="77777777" w:rsidR="0002738F" w:rsidRDefault="0002738F">
            <w:pPr>
              <w:rPr>
                <w:lang w:eastAsia="ko-KR"/>
              </w:rPr>
            </w:pPr>
          </w:p>
          <w:p w14:paraId="67A21276" w14:textId="77777777" w:rsidR="0002738F" w:rsidRDefault="0002738F">
            <w:pPr>
              <w:rPr>
                <w:lang w:eastAsia="ko-KR"/>
              </w:rPr>
            </w:pPr>
          </w:p>
          <w:p w14:paraId="71BA12C2" w14:textId="77777777" w:rsidR="0002738F" w:rsidRDefault="0002738F">
            <w:pPr>
              <w:rPr>
                <w:lang w:eastAsia="ko-KR"/>
              </w:rPr>
            </w:pPr>
          </w:p>
          <w:p w14:paraId="4F49FEB8" w14:textId="77777777" w:rsidR="0002738F" w:rsidRDefault="0002738F">
            <w:pPr>
              <w:rPr>
                <w:lang w:eastAsia="ko-KR"/>
              </w:rPr>
            </w:pPr>
          </w:p>
          <w:p w14:paraId="5F42B54D" w14:textId="77777777" w:rsidR="0002738F" w:rsidRDefault="0002738F">
            <w:pPr>
              <w:rPr>
                <w:lang w:eastAsia="ko-KR"/>
              </w:rPr>
            </w:pPr>
          </w:p>
          <w:p w14:paraId="2CCF72E9" w14:textId="77777777" w:rsidR="0002738F" w:rsidRDefault="0002738F">
            <w:pPr>
              <w:rPr>
                <w:lang w:eastAsia="ko-KR"/>
              </w:rPr>
            </w:pPr>
          </w:p>
          <w:p w14:paraId="15D173D6" w14:textId="77777777" w:rsidR="00B44386" w:rsidRDefault="00B44386"/>
          <w:p w14:paraId="1F559450" w14:textId="77777777" w:rsidR="00B44386" w:rsidRDefault="00B44386"/>
          <w:p w14:paraId="3127840D" w14:textId="77777777" w:rsidR="00B44386" w:rsidRDefault="00B44386"/>
        </w:tc>
      </w:tr>
    </w:tbl>
    <w:p w14:paraId="5EBE8E97" w14:textId="77777777" w:rsidR="00B44386" w:rsidRDefault="004F6F8E">
      <w:r>
        <w:br w:type="page"/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72"/>
      </w:tblGrid>
      <w:tr w:rsidR="00B44386" w14:paraId="43BC1EBE" w14:textId="77777777">
        <w:trPr>
          <w:trHeight w:val="480"/>
        </w:trPr>
        <w:tc>
          <w:tcPr>
            <w:tcW w:w="9072" w:type="dxa"/>
            <w:shd w:val="clear" w:color="auto" w:fill="F5E6D8"/>
          </w:tcPr>
          <w:p w14:paraId="4F712C44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color w:val="4A2C0A"/>
                <w:sz w:val="20"/>
              </w:rPr>
              <w:lastRenderedPageBreak/>
              <w:t>Q2. 직무 관련 경험</w:t>
            </w:r>
          </w:p>
        </w:tc>
      </w:tr>
      <w:tr w:rsidR="00B44386" w14:paraId="63A27688" w14:textId="77777777">
        <w:trPr>
          <w:trHeight w:val="5600"/>
        </w:trPr>
        <w:tc>
          <w:tcPr>
            <w:tcW w:w="9072" w:type="dxa"/>
          </w:tcPr>
          <w:p w14:paraId="22F44A66" w14:textId="77777777" w:rsidR="00B44386" w:rsidRDefault="004F6F8E">
            <w:r>
              <w:rPr>
                <w:rFonts w:ascii="Pretendard Variable Medium" w:eastAsia="Pretendard Variable Medium" w:hAnsi="Pretendard Variable Medium"/>
                <w:color w:val="999999"/>
                <w:sz w:val="16"/>
                <w:lang w:eastAsia="ko-KR"/>
              </w:rPr>
              <w:t xml:space="preserve">지원 직무와 관련된 경험(업무, 프로젝트, 연구 등)과 그 과정에서 본인의 역할 및 성과를 구체적으로 기술해 주세요. </w:t>
            </w:r>
            <w:r>
              <w:rPr>
                <w:rFonts w:ascii="Pretendard Variable Medium" w:eastAsia="Pretendard Variable Medium" w:hAnsi="Pretendard Variable Medium"/>
                <w:color w:val="999999"/>
                <w:sz w:val="16"/>
              </w:rPr>
              <w:t>(400~600자)</w:t>
            </w:r>
          </w:p>
          <w:p w14:paraId="10D6E9B3" w14:textId="77777777" w:rsidR="00B44386" w:rsidRDefault="00B44386"/>
          <w:p w14:paraId="1FD025D0" w14:textId="77777777" w:rsidR="00B44386" w:rsidRDefault="00B44386"/>
          <w:p w14:paraId="0F474F5E" w14:textId="77777777" w:rsidR="00B44386" w:rsidRDefault="00B44386"/>
          <w:p w14:paraId="3DBC8278" w14:textId="77777777" w:rsidR="00B44386" w:rsidRDefault="00B44386"/>
          <w:p w14:paraId="03E60DB7" w14:textId="77777777" w:rsidR="00B44386" w:rsidRDefault="00B44386"/>
          <w:p w14:paraId="2BA8C9F9" w14:textId="77777777" w:rsidR="00B44386" w:rsidRDefault="00B44386">
            <w:pPr>
              <w:rPr>
                <w:lang w:eastAsia="ko-KR"/>
              </w:rPr>
            </w:pPr>
          </w:p>
          <w:p w14:paraId="7243AEC4" w14:textId="77777777" w:rsidR="0002738F" w:rsidRDefault="0002738F">
            <w:pPr>
              <w:rPr>
                <w:lang w:eastAsia="ko-KR"/>
              </w:rPr>
            </w:pPr>
          </w:p>
          <w:p w14:paraId="41ADC5B4" w14:textId="77777777" w:rsidR="0002738F" w:rsidRDefault="0002738F">
            <w:pPr>
              <w:rPr>
                <w:lang w:eastAsia="ko-KR"/>
              </w:rPr>
            </w:pPr>
          </w:p>
          <w:p w14:paraId="35FFBCCB" w14:textId="77777777" w:rsidR="0002738F" w:rsidRDefault="0002738F">
            <w:pPr>
              <w:rPr>
                <w:lang w:eastAsia="ko-KR"/>
              </w:rPr>
            </w:pPr>
          </w:p>
          <w:p w14:paraId="59B38713" w14:textId="77777777" w:rsidR="0002738F" w:rsidRDefault="0002738F">
            <w:pPr>
              <w:rPr>
                <w:lang w:eastAsia="ko-KR"/>
              </w:rPr>
            </w:pPr>
          </w:p>
          <w:p w14:paraId="769E0B8B" w14:textId="77777777" w:rsidR="0002738F" w:rsidRDefault="0002738F">
            <w:pPr>
              <w:rPr>
                <w:lang w:eastAsia="ko-KR"/>
              </w:rPr>
            </w:pPr>
          </w:p>
          <w:p w14:paraId="02641D17" w14:textId="77777777" w:rsidR="0002738F" w:rsidRDefault="0002738F">
            <w:pPr>
              <w:rPr>
                <w:lang w:eastAsia="ko-KR"/>
              </w:rPr>
            </w:pPr>
          </w:p>
          <w:p w14:paraId="41AE9D03" w14:textId="77777777" w:rsidR="0002738F" w:rsidRDefault="0002738F">
            <w:pPr>
              <w:rPr>
                <w:lang w:eastAsia="ko-KR"/>
              </w:rPr>
            </w:pPr>
          </w:p>
          <w:p w14:paraId="06806673" w14:textId="77777777" w:rsidR="0002738F" w:rsidRDefault="0002738F">
            <w:pPr>
              <w:rPr>
                <w:lang w:eastAsia="ko-KR"/>
              </w:rPr>
            </w:pPr>
          </w:p>
          <w:p w14:paraId="64F64AA6" w14:textId="77777777" w:rsidR="0002738F" w:rsidRDefault="0002738F">
            <w:pPr>
              <w:rPr>
                <w:lang w:eastAsia="ko-KR"/>
              </w:rPr>
            </w:pPr>
          </w:p>
          <w:p w14:paraId="62C97913" w14:textId="77777777" w:rsidR="0002738F" w:rsidRDefault="0002738F">
            <w:pPr>
              <w:rPr>
                <w:lang w:eastAsia="ko-KR"/>
              </w:rPr>
            </w:pPr>
          </w:p>
          <w:p w14:paraId="5DA50977" w14:textId="77777777" w:rsidR="0002738F" w:rsidRDefault="0002738F">
            <w:pPr>
              <w:rPr>
                <w:lang w:eastAsia="ko-KR"/>
              </w:rPr>
            </w:pPr>
          </w:p>
          <w:p w14:paraId="1AE629E9" w14:textId="77777777" w:rsidR="0002738F" w:rsidRDefault="0002738F">
            <w:pPr>
              <w:rPr>
                <w:lang w:eastAsia="ko-KR"/>
              </w:rPr>
            </w:pPr>
          </w:p>
          <w:p w14:paraId="05591A8B" w14:textId="77777777" w:rsidR="00B44386" w:rsidRDefault="00B44386"/>
          <w:p w14:paraId="465C0C1B" w14:textId="77777777" w:rsidR="00B44386" w:rsidRDefault="00B44386"/>
          <w:p w14:paraId="544937D5" w14:textId="77777777" w:rsidR="00B44386" w:rsidRDefault="00B44386"/>
          <w:p w14:paraId="17EFBFEC" w14:textId="77777777" w:rsidR="00B44386" w:rsidRDefault="00B44386"/>
        </w:tc>
      </w:tr>
    </w:tbl>
    <w:p w14:paraId="6AAA2947" w14:textId="77777777" w:rsidR="00B44386" w:rsidRDefault="004F6F8E">
      <w:r>
        <w:br w:type="page"/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72"/>
      </w:tblGrid>
      <w:tr w:rsidR="00B44386" w14:paraId="69E366F0" w14:textId="77777777">
        <w:trPr>
          <w:trHeight w:val="480"/>
        </w:trPr>
        <w:tc>
          <w:tcPr>
            <w:tcW w:w="9072" w:type="dxa"/>
            <w:shd w:val="clear" w:color="auto" w:fill="F5E6D8"/>
          </w:tcPr>
          <w:p w14:paraId="1CFE7BE3" w14:textId="77777777" w:rsidR="00B44386" w:rsidRDefault="004F6F8E">
            <w:r>
              <w:rPr>
                <w:rFonts w:ascii="Pretendard Variable Medium" w:eastAsia="Pretendard Variable Medium" w:hAnsi="Pretendard Variable Medium"/>
                <w:b/>
                <w:color w:val="4A2C0A"/>
                <w:sz w:val="20"/>
              </w:rPr>
              <w:lastRenderedPageBreak/>
              <w:t>Q3. 입사 후 포부</w:t>
            </w:r>
          </w:p>
        </w:tc>
      </w:tr>
      <w:tr w:rsidR="00B44386" w14:paraId="5FBEBA67" w14:textId="77777777">
        <w:trPr>
          <w:trHeight w:val="3600"/>
        </w:trPr>
        <w:tc>
          <w:tcPr>
            <w:tcW w:w="9072" w:type="dxa"/>
          </w:tcPr>
          <w:p w14:paraId="53F0FD39" w14:textId="77777777" w:rsidR="00B44386" w:rsidRDefault="004F6F8E">
            <w:r>
              <w:rPr>
                <w:rFonts w:ascii="Pretendard Variable Medium" w:eastAsia="Pretendard Variable Medium" w:hAnsi="Pretendard Variable Medium"/>
                <w:color w:val="999999"/>
                <w:sz w:val="16"/>
                <w:lang w:eastAsia="ko-KR"/>
              </w:rPr>
              <w:t xml:space="preserve">입사 후 이루고 싶은 목표와 회사에 기여할 수 있는 점을 기술해 주세요. </w:t>
            </w:r>
            <w:r>
              <w:rPr>
                <w:rFonts w:ascii="Pretendard Variable Medium" w:eastAsia="Pretendard Variable Medium" w:hAnsi="Pretendard Variable Medium"/>
                <w:color w:val="999999"/>
                <w:sz w:val="16"/>
              </w:rPr>
              <w:t>(300~500자)</w:t>
            </w:r>
          </w:p>
          <w:p w14:paraId="5F2F4D18" w14:textId="77777777" w:rsidR="00B44386" w:rsidRDefault="00B44386"/>
          <w:p w14:paraId="34AD864F" w14:textId="77777777" w:rsidR="00B44386" w:rsidRDefault="00B44386">
            <w:pPr>
              <w:rPr>
                <w:lang w:eastAsia="ko-KR"/>
              </w:rPr>
            </w:pPr>
          </w:p>
          <w:p w14:paraId="2E2095B2" w14:textId="77777777" w:rsidR="0002738F" w:rsidRDefault="0002738F">
            <w:pPr>
              <w:rPr>
                <w:lang w:eastAsia="ko-KR"/>
              </w:rPr>
            </w:pPr>
          </w:p>
          <w:p w14:paraId="43B4370A" w14:textId="77777777" w:rsidR="0002738F" w:rsidRDefault="0002738F">
            <w:pPr>
              <w:rPr>
                <w:lang w:eastAsia="ko-KR"/>
              </w:rPr>
            </w:pPr>
          </w:p>
          <w:p w14:paraId="4F746E51" w14:textId="77777777" w:rsidR="0002738F" w:rsidRDefault="0002738F">
            <w:pPr>
              <w:rPr>
                <w:lang w:eastAsia="ko-KR"/>
              </w:rPr>
            </w:pPr>
          </w:p>
          <w:p w14:paraId="13D4B84F" w14:textId="77777777" w:rsidR="0002738F" w:rsidRDefault="0002738F">
            <w:pPr>
              <w:rPr>
                <w:lang w:eastAsia="ko-KR"/>
              </w:rPr>
            </w:pPr>
          </w:p>
          <w:p w14:paraId="7C3C76B1" w14:textId="77777777" w:rsidR="0002738F" w:rsidRDefault="0002738F">
            <w:pPr>
              <w:rPr>
                <w:lang w:eastAsia="ko-KR"/>
              </w:rPr>
            </w:pPr>
          </w:p>
          <w:p w14:paraId="0C2D9AB0" w14:textId="77777777" w:rsidR="0002738F" w:rsidRDefault="0002738F">
            <w:pPr>
              <w:rPr>
                <w:lang w:eastAsia="ko-KR"/>
              </w:rPr>
            </w:pPr>
          </w:p>
          <w:p w14:paraId="00065075" w14:textId="77777777" w:rsidR="00B44386" w:rsidRDefault="00B44386"/>
          <w:p w14:paraId="0D493E1F" w14:textId="77777777" w:rsidR="00B44386" w:rsidRDefault="00B44386"/>
          <w:p w14:paraId="4DE0E5C8" w14:textId="77777777" w:rsidR="00B44386" w:rsidRDefault="00B44386"/>
          <w:p w14:paraId="47DC0BD5" w14:textId="77777777" w:rsidR="00B44386" w:rsidRDefault="00B44386"/>
        </w:tc>
      </w:tr>
    </w:tbl>
    <w:p w14:paraId="3301DAF5" w14:textId="242D58DE" w:rsidR="00B44386" w:rsidRDefault="00C7792F">
      <w:pPr>
        <w:spacing w:before="120" w:after="240"/>
      </w:pPr>
      <w:r>
        <w:rPr>
          <w:rFonts w:ascii="Pretendard Variable Medium" w:eastAsia="Pretendard Variable Medium" w:hAnsi="Pretendard Variable Medium" w:hint="eastAsia"/>
          <w:b/>
          <w:color w:val="4A2C0A"/>
          <w:sz w:val="28"/>
          <w:lang w:eastAsia="ko-KR"/>
        </w:rPr>
        <w:t>10</w:t>
      </w:r>
      <w:r w:rsidR="004F6F8E">
        <w:rPr>
          <w:rFonts w:ascii="Pretendard Variable Medium" w:eastAsia="Pretendard Variable Medium" w:hAnsi="Pretendard Variable Medium"/>
          <w:b/>
          <w:color w:val="4A2C0A"/>
          <w:sz w:val="28"/>
        </w:rPr>
        <w:t>. 확인 및 서약</w:t>
      </w:r>
    </w:p>
    <w:p w14:paraId="6939C52A" w14:textId="77777777" w:rsidR="00B44386" w:rsidRDefault="004F6F8E">
      <w:pPr>
        <w:spacing w:after="120"/>
        <w:rPr>
          <w:lang w:eastAsia="ko-KR"/>
        </w:rPr>
      </w:pPr>
      <w:r>
        <w:rPr>
          <w:rFonts w:ascii="Pretendard Variable Medium" w:eastAsia="Pretendard Variable Medium" w:hAnsi="Pretendard Variable Medium"/>
          <w:sz w:val="20"/>
          <w:lang w:eastAsia="ko-KR"/>
        </w:rPr>
        <w:t>본 지원서에 기재한 내용은 사실과 다름없으며, 허위 사실이 발견될 경우 합격 또는 입사가 취소될 수 있음을 확인합니다.</w:t>
      </w:r>
    </w:p>
    <w:p w14:paraId="684DC621" w14:textId="77777777" w:rsidR="00B44386" w:rsidRDefault="004F6F8E">
      <w:pPr>
        <w:spacing w:after="400"/>
        <w:rPr>
          <w:lang w:eastAsia="ko-KR"/>
        </w:rPr>
      </w:pPr>
      <w:r>
        <w:rPr>
          <w:rFonts w:ascii="Pretendard Variable Medium" w:eastAsia="Pretendard Variable Medium" w:hAnsi="Pretendard Variable Medium"/>
          <w:sz w:val="18"/>
          <w:lang w:eastAsia="ko-KR"/>
        </w:rPr>
        <w:t>또한, 채용 절차 종료 후 제출 서류의 반환을 청구할 수 있으며(「채용절차의 공정화에 관한 법률」 제11조), 반환 청구 기간은 채용 여부가 확정된 날로부터 14일 이내입니다.</w:t>
      </w:r>
    </w:p>
    <w:p w14:paraId="0AB6D315" w14:textId="77777777" w:rsidR="00B44386" w:rsidRDefault="004F6F8E">
      <w:pPr>
        <w:spacing w:before="400" w:after="320"/>
        <w:jc w:val="center"/>
        <w:rPr>
          <w:lang w:eastAsia="ko-KR"/>
        </w:rPr>
      </w:pPr>
      <w:r>
        <w:rPr>
          <w:rFonts w:ascii="Pretendard Variable Medium" w:eastAsia="Pretendard Variable Medium" w:hAnsi="Pretendard Variable Medium"/>
          <w:sz w:val="20"/>
          <w:lang w:eastAsia="ko-KR"/>
        </w:rPr>
        <w:t>20      년      월      일</w:t>
      </w:r>
    </w:p>
    <w:p w14:paraId="22CC801B" w14:textId="77777777" w:rsidR="00B44386" w:rsidRDefault="004F6F8E">
      <w:pPr>
        <w:spacing w:after="600"/>
        <w:jc w:val="center"/>
        <w:rPr>
          <w:lang w:eastAsia="ko-KR"/>
        </w:rPr>
      </w:pPr>
      <w:r>
        <w:rPr>
          <w:rFonts w:ascii="Pretendard Variable Medium" w:eastAsia="Pretendard Variable Medium" w:hAnsi="Pretendard Variable Medium"/>
          <w:sz w:val="20"/>
          <w:lang w:eastAsia="ko-KR"/>
        </w:rPr>
        <w:t>지원자:                              (서명 또는 인)</w:t>
      </w:r>
    </w:p>
    <w:p w14:paraId="1A5B5D7C" w14:textId="77777777" w:rsidR="00B44386" w:rsidRDefault="004F6F8E">
      <w:pPr>
        <w:spacing w:before="400"/>
        <w:jc w:val="center"/>
        <w:rPr>
          <w:lang w:eastAsia="ko-KR"/>
        </w:rPr>
      </w:pPr>
      <w:r>
        <w:rPr>
          <w:rFonts w:ascii="Pretendard Variable Medium" w:eastAsia="Pretendard Variable Medium" w:hAnsi="Pretendard Variable Medium"/>
          <w:b/>
          <w:sz w:val="28"/>
          <w:lang w:eastAsia="ko-KR"/>
        </w:rPr>
        <w:t>나노에이치투오 주식회사 귀중</w:t>
      </w:r>
    </w:p>
    <w:sectPr w:rsidR="00B44386" w:rsidSect="00034616">
      <w:headerReference w:type="default" r:id="rId8"/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EE225" w14:textId="77777777" w:rsidR="005063D4" w:rsidRDefault="005063D4" w:rsidP="00870AB2">
      <w:pPr>
        <w:spacing w:line="240" w:lineRule="auto"/>
      </w:pPr>
      <w:r>
        <w:separator/>
      </w:r>
    </w:p>
  </w:endnote>
  <w:endnote w:type="continuationSeparator" w:id="0">
    <w:p w14:paraId="048B3C23" w14:textId="77777777" w:rsidR="005063D4" w:rsidRDefault="005063D4" w:rsidP="00870A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Pretendard Variable Medium">
    <w:panose1 w:val="02000003000000020004"/>
    <w:charset w:val="81"/>
    <w:family w:val="auto"/>
    <w:pitch w:val="variable"/>
    <w:sig w:usb0="E10002FF" w:usb1="1BD7E5FF" w:usb2="04000011" w:usb3="00000000" w:csb0="0008019F" w:csb1="00000000"/>
  </w:font>
  <w:font w:name="Pretendard">
    <w:altName w:val="맑은 고딕"/>
    <w:panose1 w:val="00000000000000000000"/>
    <w:charset w:val="81"/>
    <w:family w:val="auto"/>
    <w:notTrueType/>
    <w:pitch w:val="variable"/>
    <w:sig w:usb0="E10002FF" w:usb1="1BD7E5FF" w:usb2="04000011" w:usb3="00000000" w:csb0="0008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D5E08" w14:textId="77777777" w:rsidR="005063D4" w:rsidRDefault="005063D4" w:rsidP="00870AB2">
      <w:pPr>
        <w:spacing w:line="240" w:lineRule="auto"/>
      </w:pPr>
      <w:r>
        <w:separator/>
      </w:r>
    </w:p>
  </w:footnote>
  <w:footnote w:type="continuationSeparator" w:id="0">
    <w:p w14:paraId="56B2A347" w14:textId="77777777" w:rsidR="005063D4" w:rsidRDefault="005063D4" w:rsidP="00870A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A841" w14:textId="77777777" w:rsidR="00870AB2" w:rsidRPr="00425958" w:rsidRDefault="00870AB2" w:rsidP="00870AB2">
    <w:pPr>
      <w:pStyle w:val="a5"/>
      <w:spacing w:line="240" w:lineRule="atLeast"/>
      <w:ind w:leftChars="2800" w:left="6160"/>
      <w:rPr>
        <w:rFonts w:ascii="Pretendard" w:eastAsia="Pretendard" w:hAnsi="Pretendard"/>
        <w:b/>
        <w:bCs/>
        <w:sz w:val="16"/>
        <w:szCs w:val="18"/>
        <w:lang w:eastAsia="ko-KR"/>
      </w:rPr>
    </w:pPr>
    <w:r w:rsidRPr="00425958">
      <w:rPr>
        <w:rFonts w:ascii="Pretendard" w:eastAsia="Pretendard" w:hAnsi="Pretendard"/>
        <w:b/>
        <w:bCs/>
        <w:noProof/>
        <w:sz w:val="16"/>
        <w:szCs w:val="18"/>
      </w:rPr>
      <w:drawing>
        <wp:anchor distT="0" distB="0" distL="114300" distR="114300" simplePos="0" relativeHeight="251659264" behindDoc="0" locked="0" layoutInCell="1" allowOverlap="1" wp14:anchorId="032F2DA4" wp14:editId="43F6ACA4">
          <wp:simplePos x="0" y="0"/>
          <wp:positionH relativeFrom="margin">
            <wp:posOffset>0</wp:posOffset>
          </wp:positionH>
          <wp:positionV relativeFrom="paragraph">
            <wp:posOffset>29133</wp:posOffset>
          </wp:positionV>
          <wp:extent cx="1732915" cy="176530"/>
          <wp:effectExtent l="0" t="0" r="0" b="1270"/>
          <wp:wrapSquare wrapText="bothSides"/>
          <wp:docPr id="1177738395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6714228" name="그림 16667142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2915" cy="176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5958">
      <w:rPr>
        <w:rFonts w:ascii="Pretendard" w:eastAsia="Pretendard" w:hAnsi="Pretendard"/>
        <w:b/>
        <w:bCs/>
        <w:noProof/>
        <w:sz w:val="16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949F508" wp14:editId="743DEED3">
              <wp:simplePos x="0" y="0"/>
              <wp:positionH relativeFrom="column">
                <wp:posOffset>-988060</wp:posOffset>
              </wp:positionH>
              <wp:positionV relativeFrom="paragraph">
                <wp:posOffset>-465088</wp:posOffset>
              </wp:positionV>
              <wp:extent cx="7648950" cy="85193"/>
              <wp:effectExtent l="0" t="0" r="9525" b="0"/>
              <wp:wrapNone/>
              <wp:docPr id="1875139653" name="직사각형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8950" cy="85193"/>
                      </a:xfrm>
                      <a:prstGeom prst="rect">
                        <a:avLst/>
                      </a:prstGeom>
                      <a:solidFill>
                        <a:srgbClr val="E9713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1CFE01" id="직사각형 1" o:spid="_x0000_s1026" style="position:absolute;margin-left:-77.8pt;margin-top:-36.6pt;width:602.3pt;height:6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" fillcolor="#e97132" stroked="f" strokeweight="2pt"/>
          </w:pict>
        </mc:Fallback>
      </mc:AlternateContent>
    </w:r>
    <w:r w:rsidRPr="00425958">
      <w:rPr>
        <w:rFonts w:ascii="Pretendard" w:eastAsia="Pretendard" w:hAnsi="Pretendard" w:hint="eastAsia"/>
        <w:b/>
        <w:bCs/>
        <w:sz w:val="16"/>
        <w:szCs w:val="18"/>
        <w:lang w:eastAsia="ko-KR"/>
      </w:rPr>
      <w:t>NanoH2O Co., Ltd.</w:t>
    </w:r>
  </w:p>
  <w:p w14:paraId="27F696C3" w14:textId="77777777" w:rsidR="00870AB2" w:rsidRDefault="00870AB2" w:rsidP="00870AB2">
    <w:pPr>
      <w:pStyle w:val="a5"/>
      <w:spacing w:line="160" w:lineRule="atLeast"/>
      <w:ind w:leftChars="2800" w:left="6160"/>
      <w:rPr>
        <w:rFonts w:ascii="Pretendard" w:eastAsia="Pretendard" w:hAnsi="Pretendard"/>
        <w:sz w:val="12"/>
        <w:szCs w:val="14"/>
        <w:lang w:eastAsia="ko-KR"/>
      </w:rPr>
    </w:pPr>
    <w:r>
      <w:rPr>
        <w:rFonts w:ascii="Pretendard" w:eastAsia="Pretendard" w:hAnsi="Pretendard" w:hint="eastAsia"/>
        <w:b/>
        <w:bCs/>
        <w:sz w:val="12"/>
        <w:szCs w:val="14"/>
        <w:lang w:eastAsia="ko-KR"/>
      </w:rPr>
      <w:t>주소</w:t>
    </w:r>
    <w:r w:rsidRPr="008E7DDA">
      <w:rPr>
        <w:rFonts w:ascii="Pretendard" w:eastAsia="Pretendard" w:hAnsi="Pretendard"/>
        <w:b/>
        <w:bCs/>
        <w:sz w:val="12"/>
        <w:szCs w:val="14"/>
        <w:lang w:eastAsia="ko-KR"/>
      </w:rPr>
      <w:t xml:space="preserve"> </w:t>
    </w:r>
    <w:r w:rsidRPr="002E50DF">
      <w:rPr>
        <w:rFonts w:ascii="Pretendard" w:eastAsia="Pretendard" w:hAnsi="Pretendard"/>
        <w:sz w:val="12"/>
        <w:szCs w:val="14"/>
        <w:lang w:eastAsia="ko-KR"/>
      </w:rPr>
      <w:t>서울 영등포구 여의도동 22</w:t>
    </w:r>
    <w:r>
      <w:rPr>
        <w:rFonts w:ascii="Pretendard" w:eastAsia="Pretendard" w:hAnsi="Pretendard" w:hint="eastAsia"/>
        <w:sz w:val="12"/>
        <w:szCs w:val="14"/>
        <w:lang w:eastAsia="ko-KR"/>
      </w:rPr>
      <w:t xml:space="preserve"> 21층 </w:t>
    </w:r>
    <w:r>
      <w:rPr>
        <w:rFonts w:ascii="Pretendard" w:eastAsia="Pretendard" w:hAnsi="Pretendard"/>
        <w:sz w:val="12"/>
        <w:szCs w:val="14"/>
        <w:lang w:eastAsia="ko-KR"/>
      </w:rPr>
      <w:t>NanoH2O</w:t>
    </w:r>
  </w:p>
  <w:p w14:paraId="3A0285D1" w14:textId="77777777" w:rsidR="00870AB2" w:rsidRDefault="00870AB2" w:rsidP="00870AB2">
    <w:pPr>
      <w:pStyle w:val="a5"/>
      <w:spacing w:line="160" w:lineRule="atLeast"/>
      <w:ind w:leftChars="2800" w:left="6160"/>
      <w:rPr>
        <w:rFonts w:ascii="Pretendard" w:eastAsia="Pretendard" w:hAnsi="Pretendard"/>
        <w:color w:val="000000" w:themeColor="text1"/>
        <w:sz w:val="12"/>
        <w:szCs w:val="14"/>
        <w:lang w:eastAsia="ko-KR"/>
      </w:rPr>
    </w:pPr>
    <w:r>
      <w:rPr>
        <w:rFonts w:ascii="Pretendard" w:eastAsia="Pretendard" w:hAnsi="Pretendard" w:hint="eastAsia"/>
        <w:b/>
        <w:bCs/>
        <w:color w:val="000000" w:themeColor="text1"/>
        <w:sz w:val="12"/>
        <w:szCs w:val="14"/>
        <w:lang w:eastAsia="ko-KR"/>
      </w:rPr>
      <w:t>전화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 </w:t>
    </w:r>
    <w:r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+82 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2-3458-4320  </w:t>
    </w:r>
    <w:r w:rsidRPr="008E7DDA">
      <w:rPr>
        <w:rFonts w:ascii="Pretendard" w:eastAsia="Pretendard" w:hAnsi="Pretendard" w:hint="eastAsia"/>
        <w:color w:val="000000" w:themeColor="text1"/>
        <w:sz w:val="12"/>
        <w:szCs w:val="14"/>
        <w:lang w:eastAsia="ko-KR"/>
      </w:rPr>
      <w:t xml:space="preserve"> 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  </w:t>
    </w:r>
    <w:r>
      <w:rPr>
        <w:rFonts w:ascii="Pretendard" w:eastAsia="Pretendard" w:hAnsi="Pretendard" w:hint="eastAsia"/>
        <w:b/>
        <w:bCs/>
        <w:color w:val="000000" w:themeColor="text1"/>
        <w:sz w:val="12"/>
        <w:szCs w:val="14"/>
        <w:lang w:eastAsia="ko-KR"/>
      </w:rPr>
      <w:t>팩스</w:t>
    </w:r>
    <w:r w:rsidRPr="008E7DDA">
      <w:rPr>
        <w:rFonts w:ascii="Pretendard" w:eastAsia="Pretendard" w:hAnsi="Pretendard"/>
        <w:b/>
        <w:bCs/>
        <w:color w:val="000000" w:themeColor="text1"/>
        <w:sz w:val="12"/>
        <w:szCs w:val="14"/>
        <w:lang w:eastAsia="ko-KR"/>
      </w:rPr>
      <w:t xml:space="preserve"> </w:t>
    </w:r>
    <w:r w:rsidRPr="00067A85">
      <w:rPr>
        <w:rFonts w:ascii="Pretendard" w:eastAsia="Pretendard" w:hAnsi="Pretendard"/>
        <w:color w:val="000000" w:themeColor="text1"/>
        <w:sz w:val="12"/>
        <w:szCs w:val="14"/>
        <w:lang w:eastAsia="ko-KR"/>
      </w:rPr>
      <w:t>+82</w:t>
    </w:r>
    <w:r>
      <w:rPr>
        <w:rFonts w:ascii="Pretendard" w:eastAsia="Pretendard" w:hAnsi="Pretendard"/>
        <w:b/>
        <w:bCs/>
        <w:color w:val="000000" w:themeColor="text1"/>
        <w:sz w:val="12"/>
        <w:szCs w:val="14"/>
        <w:lang w:eastAsia="ko-KR"/>
      </w:rPr>
      <w:t xml:space="preserve"> 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>2-3458-4383</w:t>
    </w:r>
    <w:r w:rsidRPr="008E7DDA">
      <w:rPr>
        <w:rFonts w:ascii="Pretendard" w:eastAsia="Pretendard" w:hAnsi="Pretendard" w:hint="eastAsia"/>
        <w:color w:val="000000" w:themeColor="text1"/>
        <w:sz w:val="12"/>
        <w:szCs w:val="14"/>
        <w:lang w:eastAsia="ko-KR"/>
      </w:rPr>
      <w:t xml:space="preserve"> 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 </w:t>
    </w:r>
    <w:r w:rsidRPr="008E7DDA">
      <w:rPr>
        <w:rFonts w:ascii="Pretendard" w:eastAsia="Pretendard" w:hAnsi="Pretendard" w:hint="eastAsia"/>
        <w:color w:val="000000" w:themeColor="text1"/>
        <w:sz w:val="12"/>
        <w:szCs w:val="14"/>
        <w:lang w:eastAsia="ko-KR"/>
      </w:rPr>
      <w:t xml:space="preserve"> 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 </w:t>
    </w:r>
  </w:p>
  <w:p w14:paraId="0DD467A3" w14:textId="77777777" w:rsidR="00870AB2" w:rsidRPr="008E7DDA" w:rsidRDefault="00870AB2" w:rsidP="00870AB2">
    <w:pPr>
      <w:pStyle w:val="a5"/>
      <w:spacing w:line="160" w:lineRule="atLeast"/>
      <w:ind w:leftChars="2800" w:left="6160"/>
      <w:rPr>
        <w:rFonts w:ascii="Pretendard" w:eastAsia="Pretendard" w:hAnsi="Pretendard"/>
        <w:color w:val="000000" w:themeColor="text1"/>
        <w:sz w:val="12"/>
        <w:szCs w:val="14"/>
        <w:lang w:eastAsia="ko-KR"/>
      </w:rPr>
    </w:pPr>
    <w:r>
      <w:rPr>
        <w:rFonts w:ascii="Pretendard" w:eastAsia="Pretendard" w:hAnsi="Pretendard" w:hint="eastAsia"/>
        <w:b/>
        <w:bCs/>
        <w:color w:val="000000" w:themeColor="text1"/>
        <w:sz w:val="12"/>
        <w:szCs w:val="14"/>
        <w:lang w:eastAsia="ko-KR"/>
      </w:rPr>
      <w:t>홈페이지</w:t>
    </w:r>
    <w:r w:rsidRPr="008E7DDA">
      <w:rPr>
        <w:rFonts w:ascii="Pretendard" w:eastAsia="Pretendard" w:hAnsi="Pretendard"/>
        <w:color w:val="000000" w:themeColor="text1"/>
        <w:sz w:val="12"/>
        <w:szCs w:val="14"/>
        <w:lang w:eastAsia="ko-KR"/>
      </w:rPr>
      <w:t xml:space="preserve"> </w:t>
    </w:r>
    <w:hyperlink r:id="rId2" w:history="1">
      <w:r w:rsidRPr="008E7DDA">
        <w:rPr>
          <w:rStyle w:val="aff2"/>
          <w:rFonts w:ascii="Pretendard" w:eastAsia="Pretendard" w:hAnsi="Pretendard"/>
          <w:color w:val="000000" w:themeColor="text1"/>
          <w:sz w:val="12"/>
          <w:szCs w:val="14"/>
          <w:lang w:eastAsia="ko-KR"/>
        </w:rPr>
        <w:t>www.nanoh2owater.com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25734C7"/>
    <w:multiLevelType w:val="hybridMultilevel"/>
    <w:tmpl w:val="00DEB2C6"/>
    <w:lvl w:ilvl="0" w:tplc="FFFFFFFF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050" w:hanging="440"/>
      </w:pPr>
    </w:lvl>
    <w:lvl w:ilvl="2" w:tplc="FFFFFFFF" w:tentative="1">
      <w:start w:val="1"/>
      <w:numFmt w:val="lowerRoman"/>
      <w:lvlText w:val="%3."/>
      <w:lvlJc w:val="right"/>
      <w:pPr>
        <w:ind w:left="1490" w:hanging="440"/>
      </w:pPr>
    </w:lvl>
    <w:lvl w:ilvl="3" w:tplc="FFFFFFFF" w:tentative="1">
      <w:start w:val="1"/>
      <w:numFmt w:val="decimal"/>
      <w:lvlText w:val="%4."/>
      <w:lvlJc w:val="left"/>
      <w:pPr>
        <w:ind w:left="1930" w:hanging="440"/>
      </w:pPr>
    </w:lvl>
    <w:lvl w:ilvl="4" w:tplc="FFFFFFFF" w:tentative="1">
      <w:start w:val="1"/>
      <w:numFmt w:val="upperLetter"/>
      <w:lvlText w:val="%5."/>
      <w:lvlJc w:val="left"/>
      <w:pPr>
        <w:ind w:left="2370" w:hanging="440"/>
      </w:pPr>
    </w:lvl>
    <w:lvl w:ilvl="5" w:tplc="FFFFFFFF" w:tentative="1">
      <w:start w:val="1"/>
      <w:numFmt w:val="lowerRoman"/>
      <w:lvlText w:val="%6."/>
      <w:lvlJc w:val="right"/>
      <w:pPr>
        <w:ind w:left="2810" w:hanging="440"/>
      </w:pPr>
    </w:lvl>
    <w:lvl w:ilvl="6" w:tplc="FFFFFFFF" w:tentative="1">
      <w:start w:val="1"/>
      <w:numFmt w:val="decimal"/>
      <w:lvlText w:val="%7."/>
      <w:lvlJc w:val="left"/>
      <w:pPr>
        <w:ind w:left="3250" w:hanging="440"/>
      </w:pPr>
    </w:lvl>
    <w:lvl w:ilvl="7" w:tplc="FFFFFFFF" w:tentative="1">
      <w:start w:val="1"/>
      <w:numFmt w:val="upperLetter"/>
      <w:lvlText w:val="%8."/>
      <w:lvlJc w:val="left"/>
      <w:pPr>
        <w:ind w:left="3690" w:hanging="440"/>
      </w:pPr>
    </w:lvl>
    <w:lvl w:ilvl="8" w:tplc="FFFFFFFF" w:tentative="1">
      <w:start w:val="1"/>
      <w:numFmt w:val="lowerRoman"/>
      <w:lvlText w:val="%9."/>
      <w:lvlJc w:val="right"/>
      <w:pPr>
        <w:ind w:left="4130" w:hanging="440"/>
      </w:pPr>
    </w:lvl>
  </w:abstractNum>
  <w:abstractNum w:abstractNumId="10" w15:restartNumberingAfterBreak="0">
    <w:nsid w:val="247A1EB0"/>
    <w:multiLevelType w:val="hybridMultilevel"/>
    <w:tmpl w:val="BA641AD4"/>
    <w:lvl w:ilvl="0" w:tplc="2E5840E8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50" w:hanging="440"/>
      </w:pPr>
    </w:lvl>
    <w:lvl w:ilvl="2" w:tplc="0409001B" w:tentative="1">
      <w:start w:val="1"/>
      <w:numFmt w:val="lowerRoman"/>
      <w:lvlText w:val="%3."/>
      <w:lvlJc w:val="right"/>
      <w:pPr>
        <w:ind w:left="1490" w:hanging="440"/>
      </w:pPr>
    </w:lvl>
    <w:lvl w:ilvl="3" w:tplc="0409000F" w:tentative="1">
      <w:start w:val="1"/>
      <w:numFmt w:val="decimal"/>
      <w:lvlText w:val="%4."/>
      <w:lvlJc w:val="left"/>
      <w:pPr>
        <w:ind w:left="1930" w:hanging="440"/>
      </w:pPr>
    </w:lvl>
    <w:lvl w:ilvl="4" w:tplc="04090019" w:tentative="1">
      <w:start w:val="1"/>
      <w:numFmt w:val="upperLetter"/>
      <w:lvlText w:val="%5."/>
      <w:lvlJc w:val="left"/>
      <w:pPr>
        <w:ind w:left="2370" w:hanging="440"/>
      </w:pPr>
    </w:lvl>
    <w:lvl w:ilvl="5" w:tplc="0409001B" w:tentative="1">
      <w:start w:val="1"/>
      <w:numFmt w:val="lowerRoman"/>
      <w:lvlText w:val="%6."/>
      <w:lvlJc w:val="right"/>
      <w:pPr>
        <w:ind w:left="2810" w:hanging="440"/>
      </w:pPr>
    </w:lvl>
    <w:lvl w:ilvl="6" w:tplc="0409000F" w:tentative="1">
      <w:start w:val="1"/>
      <w:numFmt w:val="decimal"/>
      <w:lvlText w:val="%7."/>
      <w:lvlJc w:val="left"/>
      <w:pPr>
        <w:ind w:left="3250" w:hanging="440"/>
      </w:pPr>
    </w:lvl>
    <w:lvl w:ilvl="7" w:tplc="04090019" w:tentative="1">
      <w:start w:val="1"/>
      <w:numFmt w:val="upperLetter"/>
      <w:lvlText w:val="%8."/>
      <w:lvlJc w:val="left"/>
      <w:pPr>
        <w:ind w:left="3690" w:hanging="440"/>
      </w:pPr>
    </w:lvl>
    <w:lvl w:ilvl="8" w:tplc="0409001B" w:tentative="1">
      <w:start w:val="1"/>
      <w:numFmt w:val="lowerRoman"/>
      <w:lvlText w:val="%9."/>
      <w:lvlJc w:val="right"/>
      <w:pPr>
        <w:ind w:left="4130" w:hanging="440"/>
      </w:pPr>
    </w:lvl>
  </w:abstractNum>
  <w:abstractNum w:abstractNumId="11" w15:restartNumberingAfterBreak="0">
    <w:nsid w:val="2FE3633F"/>
    <w:multiLevelType w:val="hybridMultilevel"/>
    <w:tmpl w:val="812E5304"/>
    <w:lvl w:ilvl="0" w:tplc="FFFFFFFF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050" w:hanging="440"/>
      </w:pPr>
    </w:lvl>
    <w:lvl w:ilvl="2" w:tplc="FFFFFFFF" w:tentative="1">
      <w:start w:val="1"/>
      <w:numFmt w:val="lowerRoman"/>
      <w:lvlText w:val="%3."/>
      <w:lvlJc w:val="right"/>
      <w:pPr>
        <w:ind w:left="1490" w:hanging="440"/>
      </w:pPr>
    </w:lvl>
    <w:lvl w:ilvl="3" w:tplc="FFFFFFFF" w:tentative="1">
      <w:start w:val="1"/>
      <w:numFmt w:val="decimal"/>
      <w:lvlText w:val="%4."/>
      <w:lvlJc w:val="left"/>
      <w:pPr>
        <w:ind w:left="1930" w:hanging="440"/>
      </w:pPr>
    </w:lvl>
    <w:lvl w:ilvl="4" w:tplc="FFFFFFFF" w:tentative="1">
      <w:start w:val="1"/>
      <w:numFmt w:val="upperLetter"/>
      <w:lvlText w:val="%5."/>
      <w:lvlJc w:val="left"/>
      <w:pPr>
        <w:ind w:left="2370" w:hanging="440"/>
      </w:pPr>
    </w:lvl>
    <w:lvl w:ilvl="5" w:tplc="FFFFFFFF" w:tentative="1">
      <w:start w:val="1"/>
      <w:numFmt w:val="lowerRoman"/>
      <w:lvlText w:val="%6."/>
      <w:lvlJc w:val="right"/>
      <w:pPr>
        <w:ind w:left="2810" w:hanging="440"/>
      </w:pPr>
    </w:lvl>
    <w:lvl w:ilvl="6" w:tplc="FFFFFFFF" w:tentative="1">
      <w:start w:val="1"/>
      <w:numFmt w:val="decimal"/>
      <w:lvlText w:val="%7."/>
      <w:lvlJc w:val="left"/>
      <w:pPr>
        <w:ind w:left="3250" w:hanging="440"/>
      </w:pPr>
    </w:lvl>
    <w:lvl w:ilvl="7" w:tplc="FFFFFFFF" w:tentative="1">
      <w:start w:val="1"/>
      <w:numFmt w:val="upperLetter"/>
      <w:lvlText w:val="%8."/>
      <w:lvlJc w:val="left"/>
      <w:pPr>
        <w:ind w:left="3690" w:hanging="440"/>
      </w:pPr>
    </w:lvl>
    <w:lvl w:ilvl="8" w:tplc="FFFFFFFF" w:tentative="1">
      <w:start w:val="1"/>
      <w:numFmt w:val="lowerRoman"/>
      <w:lvlText w:val="%9."/>
      <w:lvlJc w:val="right"/>
      <w:pPr>
        <w:ind w:left="4130" w:hanging="440"/>
      </w:pPr>
    </w:lvl>
  </w:abstractNum>
  <w:abstractNum w:abstractNumId="12" w15:restartNumberingAfterBreak="0">
    <w:nsid w:val="3B3E73E5"/>
    <w:multiLevelType w:val="hybridMultilevel"/>
    <w:tmpl w:val="812E5304"/>
    <w:lvl w:ilvl="0" w:tplc="833AEB60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50" w:hanging="440"/>
      </w:pPr>
    </w:lvl>
    <w:lvl w:ilvl="2" w:tplc="0409001B" w:tentative="1">
      <w:start w:val="1"/>
      <w:numFmt w:val="lowerRoman"/>
      <w:lvlText w:val="%3."/>
      <w:lvlJc w:val="right"/>
      <w:pPr>
        <w:ind w:left="1490" w:hanging="440"/>
      </w:pPr>
    </w:lvl>
    <w:lvl w:ilvl="3" w:tplc="0409000F" w:tentative="1">
      <w:start w:val="1"/>
      <w:numFmt w:val="decimal"/>
      <w:lvlText w:val="%4."/>
      <w:lvlJc w:val="left"/>
      <w:pPr>
        <w:ind w:left="1930" w:hanging="440"/>
      </w:pPr>
    </w:lvl>
    <w:lvl w:ilvl="4" w:tplc="04090019" w:tentative="1">
      <w:start w:val="1"/>
      <w:numFmt w:val="upperLetter"/>
      <w:lvlText w:val="%5."/>
      <w:lvlJc w:val="left"/>
      <w:pPr>
        <w:ind w:left="2370" w:hanging="440"/>
      </w:pPr>
    </w:lvl>
    <w:lvl w:ilvl="5" w:tplc="0409001B" w:tentative="1">
      <w:start w:val="1"/>
      <w:numFmt w:val="lowerRoman"/>
      <w:lvlText w:val="%6."/>
      <w:lvlJc w:val="right"/>
      <w:pPr>
        <w:ind w:left="2810" w:hanging="440"/>
      </w:pPr>
    </w:lvl>
    <w:lvl w:ilvl="6" w:tplc="0409000F" w:tentative="1">
      <w:start w:val="1"/>
      <w:numFmt w:val="decimal"/>
      <w:lvlText w:val="%7."/>
      <w:lvlJc w:val="left"/>
      <w:pPr>
        <w:ind w:left="3250" w:hanging="440"/>
      </w:pPr>
    </w:lvl>
    <w:lvl w:ilvl="7" w:tplc="04090019" w:tentative="1">
      <w:start w:val="1"/>
      <w:numFmt w:val="upperLetter"/>
      <w:lvlText w:val="%8."/>
      <w:lvlJc w:val="left"/>
      <w:pPr>
        <w:ind w:left="3690" w:hanging="440"/>
      </w:pPr>
    </w:lvl>
    <w:lvl w:ilvl="8" w:tplc="0409001B" w:tentative="1">
      <w:start w:val="1"/>
      <w:numFmt w:val="lowerRoman"/>
      <w:lvlText w:val="%9."/>
      <w:lvlJc w:val="right"/>
      <w:pPr>
        <w:ind w:left="4130" w:hanging="440"/>
      </w:pPr>
    </w:lvl>
  </w:abstractNum>
  <w:abstractNum w:abstractNumId="13" w15:restartNumberingAfterBreak="0">
    <w:nsid w:val="45CE42F1"/>
    <w:multiLevelType w:val="hybridMultilevel"/>
    <w:tmpl w:val="00DEB2C6"/>
    <w:lvl w:ilvl="0" w:tplc="3FFE79B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50" w:hanging="440"/>
      </w:pPr>
    </w:lvl>
    <w:lvl w:ilvl="2" w:tplc="0409001B" w:tentative="1">
      <w:start w:val="1"/>
      <w:numFmt w:val="lowerRoman"/>
      <w:lvlText w:val="%3."/>
      <w:lvlJc w:val="right"/>
      <w:pPr>
        <w:ind w:left="1490" w:hanging="440"/>
      </w:pPr>
    </w:lvl>
    <w:lvl w:ilvl="3" w:tplc="0409000F" w:tentative="1">
      <w:start w:val="1"/>
      <w:numFmt w:val="decimal"/>
      <w:lvlText w:val="%4."/>
      <w:lvlJc w:val="left"/>
      <w:pPr>
        <w:ind w:left="1930" w:hanging="440"/>
      </w:pPr>
    </w:lvl>
    <w:lvl w:ilvl="4" w:tplc="04090019" w:tentative="1">
      <w:start w:val="1"/>
      <w:numFmt w:val="upperLetter"/>
      <w:lvlText w:val="%5."/>
      <w:lvlJc w:val="left"/>
      <w:pPr>
        <w:ind w:left="2370" w:hanging="440"/>
      </w:pPr>
    </w:lvl>
    <w:lvl w:ilvl="5" w:tplc="0409001B" w:tentative="1">
      <w:start w:val="1"/>
      <w:numFmt w:val="lowerRoman"/>
      <w:lvlText w:val="%6."/>
      <w:lvlJc w:val="right"/>
      <w:pPr>
        <w:ind w:left="2810" w:hanging="440"/>
      </w:pPr>
    </w:lvl>
    <w:lvl w:ilvl="6" w:tplc="0409000F" w:tentative="1">
      <w:start w:val="1"/>
      <w:numFmt w:val="decimal"/>
      <w:lvlText w:val="%7."/>
      <w:lvlJc w:val="left"/>
      <w:pPr>
        <w:ind w:left="3250" w:hanging="440"/>
      </w:pPr>
    </w:lvl>
    <w:lvl w:ilvl="7" w:tplc="04090019" w:tentative="1">
      <w:start w:val="1"/>
      <w:numFmt w:val="upperLetter"/>
      <w:lvlText w:val="%8."/>
      <w:lvlJc w:val="left"/>
      <w:pPr>
        <w:ind w:left="3690" w:hanging="440"/>
      </w:pPr>
    </w:lvl>
    <w:lvl w:ilvl="8" w:tplc="0409001B" w:tentative="1">
      <w:start w:val="1"/>
      <w:numFmt w:val="lowerRoman"/>
      <w:lvlText w:val="%9."/>
      <w:lvlJc w:val="right"/>
      <w:pPr>
        <w:ind w:left="4130" w:hanging="440"/>
      </w:pPr>
    </w:lvl>
  </w:abstractNum>
  <w:abstractNum w:abstractNumId="14" w15:restartNumberingAfterBreak="0">
    <w:nsid w:val="79910784"/>
    <w:multiLevelType w:val="hybridMultilevel"/>
    <w:tmpl w:val="BA641AD4"/>
    <w:lvl w:ilvl="0" w:tplc="FFFFFFFF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050" w:hanging="440"/>
      </w:pPr>
    </w:lvl>
    <w:lvl w:ilvl="2" w:tplc="FFFFFFFF" w:tentative="1">
      <w:start w:val="1"/>
      <w:numFmt w:val="lowerRoman"/>
      <w:lvlText w:val="%3."/>
      <w:lvlJc w:val="right"/>
      <w:pPr>
        <w:ind w:left="1490" w:hanging="440"/>
      </w:pPr>
    </w:lvl>
    <w:lvl w:ilvl="3" w:tplc="FFFFFFFF" w:tentative="1">
      <w:start w:val="1"/>
      <w:numFmt w:val="decimal"/>
      <w:lvlText w:val="%4."/>
      <w:lvlJc w:val="left"/>
      <w:pPr>
        <w:ind w:left="1930" w:hanging="440"/>
      </w:pPr>
    </w:lvl>
    <w:lvl w:ilvl="4" w:tplc="FFFFFFFF" w:tentative="1">
      <w:start w:val="1"/>
      <w:numFmt w:val="upperLetter"/>
      <w:lvlText w:val="%5."/>
      <w:lvlJc w:val="left"/>
      <w:pPr>
        <w:ind w:left="2370" w:hanging="440"/>
      </w:pPr>
    </w:lvl>
    <w:lvl w:ilvl="5" w:tplc="FFFFFFFF" w:tentative="1">
      <w:start w:val="1"/>
      <w:numFmt w:val="lowerRoman"/>
      <w:lvlText w:val="%6."/>
      <w:lvlJc w:val="right"/>
      <w:pPr>
        <w:ind w:left="2810" w:hanging="440"/>
      </w:pPr>
    </w:lvl>
    <w:lvl w:ilvl="6" w:tplc="FFFFFFFF" w:tentative="1">
      <w:start w:val="1"/>
      <w:numFmt w:val="decimal"/>
      <w:lvlText w:val="%7."/>
      <w:lvlJc w:val="left"/>
      <w:pPr>
        <w:ind w:left="3250" w:hanging="440"/>
      </w:pPr>
    </w:lvl>
    <w:lvl w:ilvl="7" w:tplc="FFFFFFFF" w:tentative="1">
      <w:start w:val="1"/>
      <w:numFmt w:val="upperLetter"/>
      <w:lvlText w:val="%8."/>
      <w:lvlJc w:val="left"/>
      <w:pPr>
        <w:ind w:left="3690" w:hanging="440"/>
      </w:pPr>
    </w:lvl>
    <w:lvl w:ilvl="8" w:tplc="FFFFFFFF" w:tentative="1">
      <w:start w:val="1"/>
      <w:numFmt w:val="lowerRoman"/>
      <w:lvlText w:val="%9."/>
      <w:lvlJc w:val="right"/>
      <w:pPr>
        <w:ind w:left="4130" w:hanging="440"/>
      </w:pPr>
    </w:lvl>
  </w:abstractNum>
  <w:num w:numId="1" w16cid:durableId="1701316637">
    <w:abstractNumId w:val="8"/>
  </w:num>
  <w:num w:numId="2" w16cid:durableId="852377770">
    <w:abstractNumId w:val="6"/>
  </w:num>
  <w:num w:numId="3" w16cid:durableId="2081051761">
    <w:abstractNumId w:val="5"/>
  </w:num>
  <w:num w:numId="4" w16cid:durableId="1994747863">
    <w:abstractNumId w:val="4"/>
  </w:num>
  <w:num w:numId="5" w16cid:durableId="1449201604">
    <w:abstractNumId w:val="7"/>
  </w:num>
  <w:num w:numId="6" w16cid:durableId="1123116936">
    <w:abstractNumId w:val="3"/>
  </w:num>
  <w:num w:numId="7" w16cid:durableId="1099913147">
    <w:abstractNumId w:val="2"/>
  </w:num>
  <w:num w:numId="8" w16cid:durableId="1519005566">
    <w:abstractNumId w:val="1"/>
  </w:num>
  <w:num w:numId="9" w16cid:durableId="2108770410">
    <w:abstractNumId w:val="0"/>
  </w:num>
  <w:num w:numId="10" w16cid:durableId="2115976490">
    <w:abstractNumId w:val="12"/>
  </w:num>
  <w:num w:numId="11" w16cid:durableId="1526092776">
    <w:abstractNumId w:val="10"/>
  </w:num>
  <w:num w:numId="12" w16cid:durableId="632637214">
    <w:abstractNumId w:val="13"/>
  </w:num>
  <w:num w:numId="13" w16cid:durableId="309527129">
    <w:abstractNumId w:val="14"/>
  </w:num>
  <w:num w:numId="14" w16cid:durableId="934675785">
    <w:abstractNumId w:val="11"/>
  </w:num>
  <w:num w:numId="15" w16cid:durableId="16468187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59F6"/>
    <w:rsid w:val="0002738F"/>
    <w:rsid w:val="00034616"/>
    <w:rsid w:val="0006063C"/>
    <w:rsid w:val="00076558"/>
    <w:rsid w:val="000B372B"/>
    <w:rsid w:val="000D6BA2"/>
    <w:rsid w:val="00106A0C"/>
    <w:rsid w:val="00131544"/>
    <w:rsid w:val="00133ED1"/>
    <w:rsid w:val="0015074B"/>
    <w:rsid w:val="00162C5F"/>
    <w:rsid w:val="001A0662"/>
    <w:rsid w:val="001D087A"/>
    <w:rsid w:val="002078F5"/>
    <w:rsid w:val="00215067"/>
    <w:rsid w:val="002435EE"/>
    <w:rsid w:val="0029639D"/>
    <w:rsid w:val="002B5C09"/>
    <w:rsid w:val="002E0651"/>
    <w:rsid w:val="00326F90"/>
    <w:rsid w:val="0033033C"/>
    <w:rsid w:val="00331C13"/>
    <w:rsid w:val="00356F53"/>
    <w:rsid w:val="00385A3C"/>
    <w:rsid w:val="0039211C"/>
    <w:rsid w:val="003B5712"/>
    <w:rsid w:val="003C0729"/>
    <w:rsid w:val="003C766A"/>
    <w:rsid w:val="003D1584"/>
    <w:rsid w:val="003D17BE"/>
    <w:rsid w:val="004178B9"/>
    <w:rsid w:val="004706CF"/>
    <w:rsid w:val="004E3C13"/>
    <w:rsid w:val="004F6F8E"/>
    <w:rsid w:val="005063D4"/>
    <w:rsid w:val="005218BE"/>
    <w:rsid w:val="00543EAF"/>
    <w:rsid w:val="00595C1C"/>
    <w:rsid w:val="005F45BB"/>
    <w:rsid w:val="005F69A9"/>
    <w:rsid w:val="006761B5"/>
    <w:rsid w:val="006B57A2"/>
    <w:rsid w:val="006D7CFB"/>
    <w:rsid w:val="006F6F19"/>
    <w:rsid w:val="00775435"/>
    <w:rsid w:val="0078294D"/>
    <w:rsid w:val="007B20E6"/>
    <w:rsid w:val="00830416"/>
    <w:rsid w:val="0083140E"/>
    <w:rsid w:val="008674E1"/>
    <w:rsid w:val="00870AB2"/>
    <w:rsid w:val="008E4253"/>
    <w:rsid w:val="00970608"/>
    <w:rsid w:val="00970E7B"/>
    <w:rsid w:val="0099699A"/>
    <w:rsid w:val="009C2E1A"/>
    <w:rsid w:val="009E0AD6"/>
    <w:rsid w:val="009E4A5E"/>
    <w:rsid w:val="00A073D6"/>
    <w:rsid w:val="00A17376"/>
    <w:rsid w:val="00A30250"/>
    <w:rsid w:val="00A70ED6"/>
    <w:rsid w:val="00A7627D"/>
    <w:rsid w:val="00AA14A7"/>
    <w:rsid w:val="00AA1D8D"/>
    <w:rsid w:val="00AD55A1"/>
    <w:rsid w:val="00AE4A02"/>
    <w:rsid w:val="00B36136"/>
    <w:rsid w:val="00B44386"/>
    <w:rsid w:val="00B47730"/>
    <w:rsid w:val="00C04E3B"/>
    <w:rsid w:val="00C2380D"/>
    <w:rsid w:val="00C41368"/>
    <w:rsid w:val="00C7792F"/>
    <w:rsid w:val="00CB0664"/>
    <w:rsid w:val="00CC095C"/>
    <w:rsid w:val="00CF5035"/>
    <w:rsid w:val="00D1288D"/>
    <w:rsid w:val="00DA5D39"/>
    <w:rsid w:val="00DB2393"/>
    <w:rsid w:val="00DE031C"/>
    <w:rsid w:val="00E06316"/>
    <w:rsid w:val="00E146B0"/>
    <w:rsid w:val="00E246DB"/>
    <w:rsid w:val="00E470D3"/>
    <w:rsid w:val="00E60438"/>
    <w:rsid w:val="00E628E6"/>
    <w:rsid w:val="00EC5C86"/>
    <w:rsid w:val="00ED5BA9"/>
    <w:rsid w:val="00ED634A"/>
    <w:rsid w:val="00EE02F3"/>
    <w:rsid w:val="00EF60BA"/>
    <w:rsid w:val="00F10831"/>
    <w:rsid w:val="00F16224"/>
    <w:rsid w:val="00F307C3"/>
    <w:rsid w:val="00F35028"/>
    <w:rsid w:val="00F739F2"/>
    <w:rsid w:val="00FA0110"/>
    <w:rsid w:val="00FC3249"/>
    <w:rsid w:val="00FC693F"/>
    <w:rsid w:val="25FC0427"/>
    <w:rsid w:val="688F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53C8A8"/>
  <w14:defaultImageDpi w14:val="300"/>
  <w15:docId w15:val="{F026E8F8-672E-4646-BD52-8AED2D03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360" w:lineRule="auto"/>
    </w:pPr>
    <w:rPr>
      <w:rFonts w:ascii="맑은 고딕" w:eastAsia="맑은 고딕" w:hAnsi="맑은 고딕"/>
      <w:color w:val="00000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Normal (Web)"/>
    <w:basedOn w:val="a1"/>
    <w:uiPriority w:val="99"/>
    <w:semiHidden/>
    <w:unhideWhenUsed/>
    <w:rsid w:val="00870AB2"/>
    <w:rPr>
      <w:rFonts w:ascii="Times New Roman" w:hAnsi="Times New Roman" w:cs="Times New Roman"/>
      <w:sz w:val="24"/>
      <w:szCs w:val="24"/>
    </w:rPr>
  </w:style>
  <w:style w:type="character" w:styleId="aff2">
    <w:name w:val="Hyperlink"/>
    <w:basedOn w:val="a2"/>
    <w:uiPriority w:val="99"/>
    <w:unhideWhenUsed/>
    <w:rsid w:val="00870A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noh2owater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8323</TotalTime>
  <Pages>6</Pages>
  <Words>616</Words>
  <Characters>1272</Characters>
  <Application>Microsoft Office Word</Application>
  <DocSecurity>0</DocSecurity>
  <Lines>424</Lines>
  <Paragraphs>188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이지후(Lee Giwho)[hugh.ghlee]/책임/HR팀</cp:lastModifiedBy>
  <cp:revision>62</cp:revision>
  <dcterms:created xsi:type="dcterms:W3CDTF">2013-12-23T23:15:00Z</dcterms:created>
  <dcterms:modified xsi:type="dcterms:W3CDTF">2026-03-25T04:15:00Z</dcterms:modified>
  <cp:category/>
</cp:coreProperties>
</file>